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59051" w14:textId="77777777" w:rsidR="00ED1348" w:rsidRDefault="00F85C2E">
      <w:pPr>
        <w:jc w:val="center"/>
      </w:pPr>
      <w:r>
        <w:rPr>
          <w:b/>
          <w:color w:val="1F4E79"/>
          <w:sz w:val="38"/>
        </w:rPr>
        <w:t>FORENSIC SCIENCE LABORATORY ACTIVITY</w:t>
      </w:r>
    </w:p>
    <w:p w14:paraId="3FEE3A4F" w14:textId="77777777" w:rsidR="00ED1348" w:rsidRDefault="00F85C2E">
      <w:pPr>
        <w:jc w:val="center"/>
      </w:pPr>
      <w:r>
        <w:rPr>
          <w:b/>
          <w:sz w:val="28"/>
        </w:rPr>
        <w:t>Crime Scene Development, Documentation, and Analysis</w:t>
      </w:r>
    </w:p>
    <w:tbl>
      <w:tblPr>
        <w:tblW w:w="10170" w:type="dxa"/>
        <w:jc w:val="center"/>
        <w:tblLook w:val="04A0" w:firstRow="1" w:lastRow="0" w:firstColumn="1" w:lastColumn="0" w:noHBand="0" w:noVBand="1"/>
      </w:tblPr>
      <w:tblGrid>
        <w:gridCol w:w="3510"/>
        <w:gridCol w:w="3204"/>
        <w:gridCol w:w="3456"/>
      </w:tblGrid>
      <w:tr w:rsidR="000B48A3" w14:paraId="5082E6EF" w14:textId="77777777" w:rsidTr="000B48A3">
        <w:trPr>
          <w:jc w:val="center"/>
        </w:trPr>
        <w:tc>
          <w:tcPr>
            <w:tcW w:w="3510" w:type="dxa"/>
          </w:tcPr>
          <w:p w14:paraId="313FBC18" w14:textId="0A4A6E3D" w:rsidR="00ED1348" w:rsidRDefault="00F85C2E" w:rsidP="000B48A3">
            <w:pPr>
              <w:ind w:right="-192"/>
            </w:pPr>
            <w:r>
              <w:t>Name:</w:t>
            </w:r>
            <w:r w:rsidR="000B48A3">
              <w:t xml:space="preserve"> </w:t>
            </w:r>
            <w:r>
              <w:t>________________________</w:t>
            </w:r>
          </w:p>
        </w:tc>
        <w:tc>
          <w:tcPr>
            <w:tcW w:w="3204" w:type="dxa"/>
          </w:tcPr>
          <w:p w14:paraId="751FC4EC" w14:textId="3AB6A0B3" w:rsidR="00ED1348" w:rsidRDefault="00F85C2E">
            <w:r>
              <w:t>Period: __________</w:t>
            </w:r>
            <w:r w:rsidR="000B48A3">
              <w:t>_______</w:t>
            </w:r>
          </w:p>
        </w:tc>
        <w:tc>
          <w:tcPr>
            <w:tcW w:w="3456" w:type="dxa"/>
          </w:tcPr>
          <w:p w14:paraId="5ED29AA0" w14:textId="2311F662" w:rsidR="00ED1348" w:rsidRDefault="00F85C2E">
            <w:r>
              <w:t>Date: ___</w:t>
            </w:r>
            <w:r w:rsidR="000B48A3">
              <w:t>_____</w:t>
            </w:r>
            <w:r>
              <w:t>_______</w:t>
            </w:r>
          </w:p>
        </w:tc>
      </w:tr>
    </w:tbl>
    <w:p w14:paraId="48E22D80" w14:textId="77777777" w:rsidR="00ED1348" w:rsidRDefault="00ED1348"/>
    <w:p w14:paraId="27F856B3" w14:textId="77777777" w:rsidR="00ED1348" w:rsidRDefault="00F85C2E">
      <w:pPr>
        <w:pStyle w:val="Heading1"/>
      </w:pPr>
      <w:r>
        <w:t>Purpose</w:t>
      </w:r>
    </w:p>
    <w:p w14:paraId="7D22EAA3" w14:textId="77777777" w:rsidR="00ED1348" w:rsidRDefault="00F85C2E">
      <w:r>
        <w:t>Students will develop, document, and analyze a simulated crime scene using accepted forensic-science practices. The activity emphasizes systematic observation, measurement, evidence documentation, spatial reasoning, and evidence-based reconstruction rather than guessing from a single clue.</w:t>
      </w:r>
    </w:p>
    <w:p w14:paraId="3F9078B5" w14:textId="77777777" w:rsidR="00ED1348" w:rsidRDefault="00F85C2E">
      <w:pPr>
        <w:pStyle w:val="Heading1"/>
      </w:pPr>
      <w:r>
        <w:t>NGSS Alignment</w:t>
      </w:r>
    </w:p>
    <w:p w14:paraId="24739D95" w14:textId="77777777" w:rsidR="00ED1348" w:rsidRDefault="00F85C2E">
      <w:pPr>
        <w:pStyle w:val="ListBullet"/>
      </w:pPr>
      <w:r>
        <w:t>HS-ETS1-2 - Design a solution to a complex real-world problem by breaking it into smaller, manageable problems that can be solved through engineering.</w:t>
      </w:r>
    </w:p>
    <w:p w14:paraId="02713134" w14:textId="77777777" w:rsidR="00ED1348" w:rsidRDefault="00F85C2E">
      <w:pPr>
        <w:pStyle w:val="ListBullet"/>
      </w:pPr>
      <w:r>
        <w:t>HS-LS4-1 - Communicate scientific information that common ancestry and biological evolution are supported by multiple lines of empirical evidence. In this lab, the emphasis is on evaluating multiple independent lines of evidence and communicating an evidence-based explanation.</w:t>
      </w:r>
    </w:p>
    <w:p w14:paraId="4B7943B9" w14:textId="77777777" w:rsidR="00ED1348" w:rsidRDefault="00F85C2E">
      <w:pPr>
        <w:pStyle w:val="ListBullet"/>
      </w:pPr>
      <w:r>
        <w:t>Science and Engineering Practices - Planning and Carrying Out Investigations; Analyzing and Interpreting Data; Constructing Explanations; Engaging in Argument from Evidence.</w:t>
      </w:r>
    </w:p>
    <w:p w14:paraId="0627F405" w14:textId="77777777" w:rsidR="00ED1348" w:rsidRDefault="00F85C2E">
      <w:pPr>
        <w:pStyle w:val="ListBullet"/>
      </w:pPr>
      <w:r>
        <w:t>Crosscutting Concepts - Patterns; Cause and Effect; Scale, Proportion, and Quantity; Systems and System Models.</w:t>
      </w:r>
    </w:p>
    <w:p w14:paraId="45C905D5" w14:textId="77777777" w:rsidR="00ED1348" w:rsidRDefault="00F85C2E">
      <w:pPr>
        <w:pStyle w:val="Heading1"/>
      </w:pPr>
      <w:r>
        <w:t>Learning Objectives</w:t>
      </w:r>
    </w:p>
    <w:p w14:paraId="4BF1A80D" w14:textId="77777777" w:rsidR="00ED1348" w:rsidRDefault="00F85C2E">
      <w:pPr>
        <w:pStyle w:val="ListNumber"/>
      </w:pPr>
      <w:r>
        <w:t>Create a scaled, labeled diagram of a simulated crime scene.</w:t>
      </w:r>
    </w:p>
    <w:p w14:paraId="10C8D53D" w14:textId="77777777" w:rsidR="00ED1348" w:rsidRDefault="00F85C2E">
      <w:pPr>
        <w:pStyle w:val="ListNumber"/>
      </w:pPr>
      <w:r>
        <w:t>Use a legend/key and coordinate system to document physical evidence.</w:t>
      </w:r>
    </w:p>
    <w:p w14:paraId="03A948D3" w14:textId="77777777" w:rsidR="00ED1348" w:rsidRDefault="00F85C2E">
      <w:pPr>
        <w:pStyle w:val="ListNumber"/>
      </w:pPr>
      <w:r>
        <w:t>Maintain an organized evidence log containing observations and possible relevance.</w:t>
      </w:r>
    </w:p>
    <w:p w14:paraId="105B7AF5" w14:textId="77777777" w:rsidR="00ED1348" w:rsidRDefault="00F85C2E">
      <w:pPr>
        <w:pStyle w:val="ListNumber"/>
      </w:pPr>
      <w:r>
        <w:t>Distinguish direct observations from interpretations or inferences.</w:t>
      </w:r>
    </w:p>
    <w:p w14:paraId="2088B43D" w14:textId="77777777" w:rsidR="00ED1348" w:rsidRDefault="00F85C2E">
      <w:pPr>
        <w:pStyle w:val="ListNumber"/>
      </w:pPr>
      <w:r>
        <w:t>Construct and defend a plausible sequence of events using multiple pieces of evidence.</w:t>
      </w:r>
    </w:p>
    <w:p w14:paraId="37775A95" w14:textId="77777777" w:rsidR="00ED1348" w:rsidRDefault="00F85C2E">
      <w:pPr>
        <w:pStyle w:val="Heading1"/>
      </w:pPr>
      <w:r>
        <w:t>Scenario</w:t>
      </w:r>
    </w:p>
    <w:p w14:paraId="78DAD879" w14:textId="77777777" w:rsidR="00ED1348" w:rsidRDefault="00F85C2E">
      <w:r>
        <w:t>A theft has been reported in a school science laboratory after normal school hours. A computer and several laboratory materials appear to have been disturbed. Your forensic team is responsible for documenting the scene before any evidence is moved. Your task is to create an accurate record of the scene and use the available physical evidence to develop a defensible explanation of what may have occurred.</w:t>
      </w:r>
    </w:p>
    <w:p w14:paraId="7EAF8BB2" w14:textId="77777777" w:rsidR="00ED1348" w:rsidRDefault="00F85C2E">
      <w:pPr>
        <w:pStyle w:val="Heading1"/>
      </w:pPr>
      <w:r>
        <w:t>Materials</w:t>
      </w:r>
    </w:p>
    <w:p w14:paraId="2F8F2187" w14:textId="77777777" w:rsidR="00ED1348" w:rsidRDefault="00F85C2E">
      <w:r>
        <w:t>Crime-scene diagram sheet; ruler or meter stick; evidence markers; pencil; evidence log; measuring tape; gloves as directed by the teacher; optional camera/tablet for documentation.</w:t>
      </w:r>
    </w:p>
    <w:p w14:paraId="2106073F" w14:textId="6473D6C6" w:rsidR="00ED1348" w:rsidRDefault="000B48A3">
      <w:pPr>
        <w:pStyle w:val="Heading1"/>
      </w:pPr>
      <w:r>
        <w:br w:type="column"/>
      </w:r>
      <w:r w:rsidR="00F85C2E">
        <w:lastRenderedPageBreak/>
        <w:t>Laboratory Procedure</w:t>
      </w:r>
    </w:p>
    <w:p w14:paraId="7F50AF22" w14:textId="77777777" w:rsidR="00ED1348" w:rsidRDefault="00F85C2E">
      <w:pPr>
        <w:pStyle w:val="ListNumber"/>
      </w:pPr>
      <w:r>
        <w:t>Secure and observe the simulated scene. Do not touch or move any evidence until instructed.</w:t>
      </w:r>
    </w:p>
    <w:p w14:paraId="555BB4D8" w14:textId="77777777" w:rsidR="00ED1348" w:rsidRDefault="00F85C2E">
      <w:pPr>
        <w:pStyle w:val="ListNumber"/>
      </w:pPr>
      <w:r>
        <w:t>Conduct an initial visual survey. Record general conditions, entrances/exits, disturbed objects, and visible evidence.</w:t>
      </w:r>
    </w:p>
    <w:p w14:paraId="3A35A84C" w14:textId="77777777" w:rsidR="00ED1348" w:rsidRDefault="00F85C2E">
      <w:pPr>
        <w:pStyle w:val="ListNumber"/>
      </w:pPr>
      <w:r>
        <w:t>Establish a coordinate system and select a reference point. Use measurements from fixed objects such as walls, doors, or room corners.</w:t>
      </w:r>
    </w:p>
    <w:p w14:paraId="37863FAE" w14:textId="77777777" w:rsidR="00ED1348" w:rsidRDefault="00F85C2E">
      <w:pPr>
        <w:pStyle w:val="ListNumber"/>
      </w:pPr>
      <w:r>
        <w:t>Create a rough sketch. Include room dimensions, major objects, doors/windows, evidence markers, orientation, scale, and a legend.</w:t>
      </w:r>
    </w:p>
    <w:p w14:paraId="3445C869" w14:textId="77777777" w:rsidR="00ED1348" w:rsidRDefault="00F85C2E">
      <w:pPr>
        <w:pStyle w:val="ListNumber"/>
      </w:pPr>
      <w:r>
        <w:t>Assign each item of evidence a unique marker number. Record the marker, item description, location, measurable characteristics, and possible relevance in the Evidence Log.</w:t>
      </w:r>
    </w:p>
    <w:p w14:paraId="74262195" w14:textId="77777777" w:rsidR="00ED1348" w:rsidRDefault="00F85C2E">
      <w:pPr>
        <w:pStyle w:val="ListNumber"/>
      </w:pPr>
      <w:r>
        <w:t>Identify patterns or relationships among the evidence. Consider proximity, direction, sequence, transfer, and whether evidence supports or contradicts other observations.</w:t>
      </w:r>
    </w:p>
    <w:p w14:paraId="75E34F3B" w14:textId="77777777" w:rsidR="00ED1348" w:rsidRDefault="00F85C2E">
      <w:pPr>
        <w:pStyle w:val="ListNumber"/>
      </w:pPr>
      <w:r>
        <w:t>Develop a sequence of events. Clearly separate what you observed from what you infer.</w:t>
      </w:r>
    </w:p>
    <w:p w14:paraId="2C637F40" w14:textId="77777777" w:rsidR="00ED1348" w:rsidRDefault="00F85C2E">
      <w:pPr>
        <w:pStyle w:val="ListNumber"/>
      </w:pPr>
      <w:r>
        <w:t>Write a final crime-scene explanation supported by at least three pieces of evidence and identify at least one limitation or unanswered question.</w:t>
      </w:r>
    </w:p>
    <w:p w14:paraId="001574A0" w14:textId="77777777" w:rsidR="00ED1348" w:rsidRDefault="00F85C2E">
      <w:pPr>
        <w:pStyle w:val="Heading1"/>
      </w:pPr>
      <w:r>
        <w:t>Crime Scene Diagram</w:t>
      </w:r>
    </w:p>
    <w:p w14:paraId="5227BE58" w14:textId="77777777" w:rsidR="00ED1348" w:rsidRDefault="00F85C2E">
      <w:r>
        <w:t>Directions: Use the grid below to create a scaled overhead view of the scene. Suggested scale: 1 square = 1 foot. Include a north arrow, doors/windows, major furniture, evidence markers, and measurements. Do not draw objects merely for decoration; every object shown should help document the scene.</w:t>
      </w:r>
    </w:p>
    <w:tbl>
      <w:tblPr>
        <w:tblStyle w:val="TableGrid"/>
        <w:tblW w:w="0" w:type="auto"/>
        <w:jc w:val="center"/>
        <w:tblLook w:val="04A0" w:firstRow="1" w:lastRow="0" w:firstColumn="1" w:lastColumn="0" w:noHBand="0" w:noVBand="1"/>
      </w:tblPr>
      <w:tblGrid>
        <w:gridCol w:w="941"/>
        <w:gridCol w:w="941"/>
        <w:gridCol w:w="941"/>
        <w:gridCol w:w="942"/>
        <w:gridCol w:w="942"/>
        <w:gridCol w:w="942"/>
        <w:gridCol w:w="942"/>
        <w:gridCol w:w="942"/>
        <w:gridCol w:w="942"/>
        <w:gridCol w:w="941"/>
        <w:gridCol w:w="942"/>
      </w:tblGrid>
      <w:tr w:rsidR="00ED1348" w14:paraId="3AF7AD85" w14:textId="77777777">
        <w:trPr>
          <w:trHeight w:hRule="exact" w:val="461"/>
          <w:jc w:val="center"/>
        </w:trPr>
        <w:tc>
          <w:tcPr>
            <w:tcW w:w="943" w:type="dxa"/>
            <w:vAlign w:val="center"/>
          </w:tcPr>
          <w:p w14:paraId="59BE13DB" w14:textId="77777777" w:rsidR="00ED1348" w:rsidRDefault="00F85C2E">
            <w:pPr>
              <w:jc w:val="center"/>
            </w:pPr>
            <w:r>
              <w:rPr>
                <w:b/>
                <w:sz w:val="16"/>
              </w:rPr>
              <w:t xml:space="preserve"> </w:t>
            </w:r>
          </w:p>
        </w:tc>
        <w:tc>
          <w:tcPr>
            <w:tcW w:w="943" w:type="dxa"/>
            <w:vAlign w:val="center"/>
          </w:tcPr>
          <w:p w14:paraId="6C0C9086" w14:textId="77777777" w:rsidR="00ED1348" w:rsidRDefault="00F85C2E">
            <w:pPr>
              <w:jc w:val="center"/>
            </w:pPr>
            <w:r>
              <w:rPr>
                <w:b/>
                <w:sz w:val="16"/>
              </w:rPr>
              <w:t>A</w:t>
            </w:r>
          </w:p>
        </w:tc>
        <w:tc>
          <w:tcPr>
            <w:tcW w:w="943" w:type="dxa"/>
            <w:vAlign w:val="center"/>
          </w:tcPr>
          <w:p w14:paraId="391147F6" w14:textId="77777777" w:rsidR="00ED1348" w:rsidRDefault="00F85C2E">
            <w:pPr>
              <w:jc w:val="center"/>
            </w:pPr>
            <w:r>
              <w:rPr>
                <w:b/>
                <w:sz w:val="16"/>
              </w:rPr>
              <w:t>B</w:t>
            </w:r>
          </w:p>
        </w:tc>
        <w:tc>
          <w:tcPr>
            <w:tcW w:w="943" w:type="dxa"/>
            <w:vAlign w:val="center"/>
          </w:tcPr>
          <w:p w14:paraId="670275C4" w14:textId="77777777" w:rsidR="00ED1348" w:rsidRDefault="00F85C2E">
            <w:pPr>
              <w:jc w:val="center"/>
            </w:pPr>
            <w:r>
              <w:rPr>
                <w:b/>
                <w:sz w:val="16"/>
              </w:rPr>
              <w:t>C</w:t>
            </w:r>
          </w:p>
        </w:tc>
        <w:tc>
          <w:tcPr>
            <w:tcW w:w="943" w:type="dxa"/>
            <w:vAlign w:val="center"/>
          </w:tcPr>
          <w:p w14:paraId="646CD264" w14:textId="77777777" w:rsidR="00ED1348" w:rsidRDefault="00F85C2E">
            <w:pPr>
              <w:jc w:val="center"/>
            </w:pPr>
            <w:r>
              <w:rPr>
                <w:b/>
                <w:sz w:val="16"/>
              </w:rPr>
              <w:t>D</w:t>
            </w:r>
          </w:p>
        </w:tc>
        <w:tc>
          <w:tcPr>
            <w:tcW w:w="943" w:type="dxa"/>
            <w:vAlign w:val="center"/>
          </w:tcPr>
          <w:p w14:paraId="3DD03FA3" w14:textId="77777777" w:rsidR="00ED1348" w:rsidRDefault="00F85C2E">
            <w:pPr>
              <w:jc w:val="center"/>
            </w:pPr>
            <w:r>
              <w:rPr>
                <w:b/>
                <w:sz w:val="16"/>
              </w:rPr>
              <w:t>E</w:t>
            </w:r>
          </w:p>
        </w:tc>
        <w:tc>
          <w:tcPr>
            <w:tcW w:w="943" w:type="dxa"/>
            <w:vAlign w:val="center"/>
          </w:tcPr>
          <w:p w14:paraId="79262CF9" w14:textId="77777777" w:rsidR="00ED1348" w:rsidRDefault="00F85C2E">
            <w:pPr>
              <w:jc w:val="center"/>
            </w:pPr>
            <w:r>
              <w:rPr>
                <w:b/>
                <w:sz w:val="16"/>
              </w:rPr>
              <w:t>F</w:t>
            </w:r>
          </w:p>
        </w:tc>
        <w:tc>
          <w:tcPr>
            <w:tcW w:w="943" w:type="dxa"/>
            <w:vAlign w:val="center"/>
          </w:tcPr>
          <w:p w14:paraId="489847B7" w14:textId="77777777" w:rsidR="00ED1348" w:rsidRDefault="00F85C2E">
            <w:pPr>
              <w:jc w:val="center"/>
            </w:pPr>
            <w:r>
              <w:rPr>
                <w:b/>
                <w:sz w:val="16"/>
              </w:rPr>
              <w:t>G</w:t>
            </w:r>
          </w:p>
        </w:tc>
        <w:tc>
          <w:tcPr>
            <w:tcW w:w="943" w:type="dxa"/>
            <w:vAlign w:val="center"/>
          </w:tcPr>
          <w:p w14:paraId="150409AE" w14:textId="77777777" w:rsidR="00ED1348" w:rsidRDefault="00F85C2E">
            <w:pPr>
              <w:jc w:val="center"/>
            </w:pPr>
            <w:r>
              <w:rPr>
                <w:b/>
                <w:sz w:val="16"/>
              </w:rPr>
              <w:t>H</w:t>
            </w:r>
          </w:p>
        </w:tc>
        <w:tc>
          <w:tcPr>
            <w:tcW w:w="943" w:type="dxa"/>
            <w:vAlign w:val="center"/>
          </w:tcPr>
          <w:p w14:paraId="56F415A7" w14:textId="77777777" w:rsidR="00ED1348" w:rsidRDefault="00F85C2E">
            <w:pPr>
              <w:jc w:val="center"/>
            </w:pPr>
            <w:r>
              <w:rPr>
                <w:b/>
                <w:sz w:val="16"/>
              </w:rPr>
              <w:t>I</w:t>
            </w:r>
          </w:p>
        </w:tc>
        <w:tc>
          <w:tcPr>
            <w:tcW w:w="943" w:type="dxa"/>
            <w:vAlign w:val="center"/>
          </w:tcPr>
          <w:p w14:paraId="6CEF7F68" w14:textId="77777777" w:rsidR="00ED1348" w:rsidRDefault="00F85C2E">
            <w:pPr>
              <w:jc w:val="center"/>
            </w:pPr>
            <w:r>
              <w:rPr>
                <w:b/>
                <w:sz w:val="16"/>
              </w:rPr>
              <w:t>J</w:t>
            </w:r>
          </w:p>
        </w:tc>
      </w:tr>
      <w:tr w:rsidR="00ED1348" w14:paraId="6C72737F" w14:textId="77777777">
        <w:trPr>
          <w:trHeight w:hRule="exact" w:val="461"/>
          <w:jc w:val="center"/>
        </w:trPr>
        <w:tc>
          <w:tcPr>
            <w:tcW w:w="943" w:type="dxa"/>
            <w:vAlign w:val="center"/>
          </w:tcPr>
          <w:p w14:paraId="4AC8A101" w14:textId="77777777" w:rsidR="00ED1348" w:rsidRDefault="00F85C2E">
            <w:pPr>
              <w:jc w:val="center"/>
            </w:pPr>
            <w:r>
              <w:rPr>
                <w:b/>
                <w:sz w:val="16"/>
              </w:rPr>
              <w:t>1</w:t>
            </w:r>
          </w:p>
        </w:tc>
        <w:tc>
          <w:tcPr>
            <w:tcW w:w="943" w:type="dxa"/>
            <w:vAlign w:val="center"/>
          </w:tcPr>
          <w:p w14:paraId="0DD58D77" w14:textId="77777777" w:rsidR="00ED1348" w:rsidRDefault="00ED1348">
            <w:pPr>
              <w:jc w:val="center"/>
            </w:pPr>
          </w:p>
        </w:tc>
        <w:tc>
          <w:tcPr>
            <w:tcW w:w="943" w:type="dxa"/>
            <w:vAlign w:val="center"/>
          </w:tcPr>
          <w:p w14:paraId="54A0C97F" w14:textId="77777777" w:rsidR="00ED1348" w:rsidRDefault="00ED1348">
            <w:pPr>
              <w:jc w:val="center"/>
            </w:pPr>
          </w:p>
        </w:tc>
        <w:tc>
          <w:tcPr>
            <w:tcW w:w="943" w:type="dxa"/>
            <w:vAlign w:val="center"/>
          </w:tcPr>
          <w:p w14:paraId="375F00FA" w14:textId="77777777" w:rsidR="00ED1348" w:rsidRDefault="00ED1348">
            <w:pPr>
              <w:jc w:val="center"/>
            </w:pPr>
          </w:p>
        </w:tc>
        <w:tc>
          <w:tcPr>
            <w:tcW w:w="943" w:type="dxa"/>
            <w:vAlign w:val="center"/>
          </w:tcPr>
          <w:p w14:paraId="52B5499E" w14:textId="77777777" w:rsidR="00ED1348" w:rsidRDefault="00ED1348">
            <w:pPr>
              <w:jc w:val="center"/>
            </w:pPr>
          </w:p>
        </w:tc>
        <w:tc>
          <w:tcPr>
            <w:tcW w:w="943" w:type="dxa"/>
            <w:vAlign w:val="center"/>
          </w:tcPr>
          <w:p w14:paraId="0FD6013A" w14:textId="77777777" w:rsidR="00ED1348" w:rsidRDefault="00ED1348">
            <w:pPr>
              <w:jc w:val="center"/>
            </w:pPr>
          </w:p>
        </w:tc>
        <w:tc>
          <w:tcPr>
            <w:tcW w:w="943" w:type="dxa"/>
            <w:vAlign w:val="center"/>
          </w:tcPr>
          <w:p w14:paraId="1FF9C4D8" w14:textId="77777777" w:rsidR="00ED1348" w:rsidRDefault="00ED1348">
            <w:pPr>
              <w:jc w:val="center"/>
            </w:pPr>
          </w:p>
        </w:tc>
        <w:tc>
          <w:tcPr>
            <w:tcW w:w="943" w:type="dxa"/>
            <w:vAlign w:val="center"/>
          </w:tcPr>
          <w:p w14:paraId="4C0163D7" w14:textId="77777777" w:rsidR="00ED1348" w:rsidRDefault="00ED1348">
            <w:pPr>
              <w:jc w:val="center"/>
            </w:pPr>
          </w:p>
        </w:tc>
        <w:tc>
          <w:tcPr>
            <w:tcW w:w="943" w:type="dxa"/>
            <w:vAlign w:val="center"/>
          </w:tcPr>
          <w:p w14:paraId="6C6012FC" w14:textId="77777777" w:rsidR="00ED1348" w:rsidRDefault="00ED1348">
            <w:pPr>
              <w:jc w:val="center"/>
            </w:pPr>
          </w:p>
        </w:tc>
        <w:tc>
          <w:tcPr>
            <w:tcW w:w="943" w:type="dxa"/>
            <w:vAlign w:val="center"/>
          </w:tcPr>
          <w:p w14:paraId="3CC52C42" w14:textId="77777777" w:rsidR="00ED1348" w:rsidRDefault="00ED1348">
            <w:pPr>
              <w:jc w:val="center"/>
            </w:pPr>
          </w:p>
        </w:tc>
        <w:tc>
          <w:tcPr>
            <w:tcW w:w="943" w:type="dxa"/>
            <w:vAlign w:val="center"/>
          </w:tcPr>
          <w:p w14:paraId="733FAA3A" w14:textId="77777777" w:rsidR="00ED1348" w:rsidRDefault="00ED1348">
            <w:pPr>
              <w:jc w:val="center"/>
            </w:pPr>
          </w:p>
        </w:tc>
      </w:tr>
      <w:tr w:rsidR="00ED1348" w14:paraId="0E0CD2E7" w14:textId="77777777">
        <w:trPr>
          <w:trHeight w:hRule="exact" w:val="461"/>
          <w:jc w:val="center"/>
        </w:trPr>
        <w:tc>
          <w:tcPr>
            <w:tcW w:w="943" w:type="dxa"/>
            <w:vAlign w:val="center"/>
          </w:tcPr>
          <w:p w14:paraId="7DC5B5B6" w14:textId="77777777" w:rsidR="00ED1348" w:rsidRDefault="00F85C2E">
            <w:pPr>
              <w:jc w:val="center"/>
            </w:pPr>
            <w:r>
              <w:rPr>
                <w:b/>
                <w:sz w:val="16"/>
              </w:rPr>
              <w:t>2</w:t>
            </w:r>
          </w:p>
        </w:tc>
        <w:tc>
          <w:tcPr>
            <w:tcW w:w="943" w:type="dxa"/>
            <w:vAlign w:val="center"/>
          </w:tcPr>
          <w:p w14:paraId="24D8FA95" w14:textId="77777777" w:rsidR="00ED1348" w:rsidRDefault="00ED1348">
            <w:pPr>
              <w:jc w:val="center"/>
            </w:pPr>
          </w:p>
        </w:tc>
        <w:tc>
          <w:tcPr>
            <w:tcW w:w="943" w:type="dxa"/>
            <w:vAlign w:val="center"/>
          </w:tcPr>
          <w:p w14:paraId="3311FC86" w14:textId="77777777" w:rsidR="00ED1348" w:rsidRDefault="00ED1348">
            <w:pPr>
              <w:jc w:val="center"/>
            </w:pPr>
          </w:p>
        </w:tc>
        <w:tc>
          <w:tcPr>
            <w:tcW w:w="943" w:type="dxa"/>
            <w:vAlign w:val="center"/>
          </w:tcPr>
          <w:p w14:paraId="541164B7" w14:textId="77777777" w:rsidR="00ED1348" w:rsidRDefault="00ED1348">
            <w:pPr>
              <w:jc w:val="center"/>
            </w:pPr>
          </w:p>
        </w:tc>
        <w:tc>
          <w:tcPr>
            <w:tcW w:w="943" w:type="dxa"/>
            <w:vAlign w:val="center"/>
          </w:tcPr>
          <w:p w14:paraId="3A51979F" w14:textId="77777777" w:rsidR="00ED1348" w:rsidRDefault="00ED1348">
            <w:pPr>
              <w:jc w:val="center"/>
            </w:pPr>
          </w:p>
        </w:tc>
        <w:tc>
          <w:tcPr>
            <w:tcW w:w="943" w:type="dxa"/>
            <w:vAlign w:val="center"/>
          </w:tcPr>
          <w:p w14:paraId="6732921D" w14:textId="77777777" w:rsidR="00ED1348" w:rsidRDefault="00ED1348">
            <w:pPr>
              <w:jc w:val="center"/>
            </w:pPr>
          </w:p>
        </w:tc>
        <w:tc>
          <w:tcPr>
            <w:tcW w:w="943" w:type="dxa"/>
            <w:vAlign w:val="center"/>
          </w:tcPr>
          <w:p w14:paraId="1A1C5D32" w14:textId="77777777" w:rsidR="00ED1348" w:rsidRDefault="00ED1348">
            <w:pPr>
              <w:jc w:val="center"/>
            </w:pPr>
          </w:p>
        </w:tc>
        <w:tc>
          <w:tcPr>
            <w:tcW w:w="943" w:type="dxa"/>
            <w:vAlign w:val="center"/>
          </w:tcPr>
          <w:p w14:paraId="4D3007E7" w14:textId="77777777" w:rsidR="00ED1348" w:rsidRDefault="00ED1348">
            <w:pPr>
              <w:jc w:val="center"/>
            </w:pPr>
          </w:p>
        </w:tc>
        <w:tc>
          <w:tcPr>
            <w:tcW w:w="943" w:type="dxa"/>
            <w:vAlign w:val="center"/>
          </w:tcPr>
          <w:p w14:paraId="46AC005C" w14:textId="77777777" w:rsidR="00ED1348" w:rsidRDefault="00ED1348">
            <w:pPr>
              <w:jc w:val="center"/>
            </w:pPr>
          </w:p>
        </w:tc>
        <w:tc>
          <w:tcPr>
            <w:tcW w:w="943" w:type="dxa"/>
            <w:vAlign w:val="center"/>
          </w:tcPr>
          <w:p w14:paraId="4F96A249" w14:textId="77777777" w:rsidR="00ED1348" w:rsidRDefault="00ED1348">
            <w:pPr>
              <w:jc w:val="center"/>
            </w:pPr>
          </w:p>
        </w:tc>
        <w:tc>
          <w:tcPr>
            <w:tcW w:w="943" w:type="dxa"/>
            <w:vAlign w:val="center"/>
          </w:tcPr>
          <w:p w14:paraId="60DCB4B1" w14:textId="77777777" w:rsidR="00ED1348" w:rsidRDefault="00ED1348">
            <w:pPr>
              <w:jc w:val="center"/>
            </w:pPr>
          </w:p>
        </w:tc>
      </w:tr>
      <w:tr w:rsidR="00ED1348" w14:paraId="72C63897" w14:textId="77777777">
        <w:trPr>
          <w:trHeight w:hRule="exact" w:val="461"/>
          <w:jc w:val="center"/>
        </w:trPr>
        <w:tc>
          <w:tcPr>
            <w:tcW w:w="943" w:type="dxa"/>
            <w:vAlign w:val="center"/>
          </w:tcPr>
          <w:p w14:paraId="1D03B146" w14:textId="77777777" w:rsidR="00ED1348" w:rsidRDefault="00F85C2E">
            <w:pPr>
              <w:jc w:val="center"/>
            </w:pPr>
            <w:r>
              <w:rPr>
                <w:b/>
                <w:sz w:val="16"/>
              </w:rPr>
              <w:t>3</w:t>
            </w:r>
          </w:p>
        </w:tc>
        <w:tc>
          <w:tcPr>
            <w:tcW w:w="943" w:type="dxa"/>
            <w:vAlign w:val="center"/>
          </w:tcPr>
          <w:p w14:paraId="31B49D9A" w14:textId="77777777" w:rsidR="00ED1348" w:rsidRDefault="00ED1348">
            <w:pPr>
              <w:jc w:val="center"/>
            </w:pPr>
          </w:p>
        </w:tc>
        <w:tc>
          <w:tcPr>
            <w:tcW w:w="943" w:type="dxa"/>
            <w:vAlign w:val="center"/>
          </w:tcPr>
          <w:p w14:paraId="790EE83F" w14:textId="77777777" w:rsidR="00ED1348" w:rsidRDefault="00ED1348">
            <w:pPr>
              <w:jc w:val="center"/>
            </w:pPr>
          </w:p>
        </w:tc>
        <w:tc>
          <w:tcPr>
            <w:tcW w:w="943" w:type="dxa"/>
            <w:vAlign w:val="center"/>
          </w:tcPr>
          <w:p w14:paraId="4BF0A7C8" w14:textId="77777777" w:rsidR="00ED1348" w:rsidRDefault="00ED1348">
            <w:pPr>
              <w:jc w:val="center"/>
            </w:pPr>
          </w:p>
        </w:tc>
        <w:tc>
          <w:tcPr>
            <w:tcW w:w="943" w:type="dxa"/>
            <w:vAlign w:val="center"/>
          </w:tcPr>
          <w:p w14:paraId="6A6176E6" w14:textId="77777777" w:rsidR="00ED1348" w:rsidRDefault="00ED1348">
            <w:pPr>
              <w:jc w:val="center"/>
            </w:pPr>
          </w:p>
        </w:tc>
        <w:tc>
          <w:tcPr>
            <w:tcW w:w="943" w:type="dxa"/>
            <w:vAlign w:val="center"/>
          </w:tcPr>
          <w:p w14:paraId="381B4E31" w14:textId="77777777" w:rsidR="00ED1348" w:rsidRDefault="00ED1348">
            <w:pPr>
              <w:jc w:val="center"/>
            </w:pPr>
          </w:p>
        </w:tc>
        <w:tc>
          <w:tcPr>
            <w:tcW w:w="943" w:type="dxa"/>
            <w:vAlign w:val="center"/>
          </w:tcPr>
          <w:p w14:paraId="0A937237" w14:textId="77777777" w:rsidR="00ED1348" w:rsidRDefault="00ED1348">
            <w:pPr>
              <w:jc w:val="center"/>
            </w:pPr>
          </w:p>
        </w:tc>
        <w:tc>
          <w:tcPr>
            <w:tcW w:w="943" w:type="dxa"/>
            <w:vAlign w:val="center"/>
          </w:tcPr>
          <w:p w14:paraId="5591553C" w14:textId="77777777" w:rsidR="00ED1348" w:rsidRDefault="00ED1348">
            <w:pPr>
              <w:jc w:val="center"/>
            </w:pPr>
          </w:p>
        </w:tc>
        <w:tc>
          <w:tcPr>
            <w:tcW w:w="943" w:type="dxa"/>
            <w:vAlign w:val="center"/>
          </w:tcPr>
          <w:p w14:paraId="437FD3E9" w14:textId="77777777" w:rsidR="00ED1348" w:rsidRDefault="00ED1348">
            <w:pPr>
              <w:jc w:val="center"/>
            </w:pPr>
          </w:p>
        </w:tc>
        <w:tc>
          <w:tcPr>
            <w:tcW w:w="943" w:type="dxa"/>
            <w:vAlign w:val="center"/>
          </w:tcPr>
          <w:p w14:paraId="19F167D1" w14:textId="77777777" w:rsidR="00ED1348" w:rsidRDefault="00ED1348">
            <w:pPr>
              <w:jc w:val="center"/>
            </w:pPr>
          </w:p>
        </w:tc>
        <w:tc>
          <w:tcPr>
            <w:tcW w:w="943" w:type="dxa"/>
            <w:vAlign w:val="center"/>
          </w:tcPr>
          <w:p w14:paraId="5D286C0E" w14:textId="77777777" w:rsidR="00ED1348" w:rsidRDefault="00ED1348">
            <w:pPr>
              <w:jc w:val="center"/>
            </w:pPr>
          </w:p>
        </w:tc>
      </w:tr>
      <w:tr w:rsidR="00ED1348" w14:paraId="662D99D1" w14:textId="77777777">
        <w:trPr>
          <w:trHeight w:hRule="exact" w:val="461"/>
          <w:jc w:val="center"/>
        </w:trPr>
        <w:tc>
          <w:tcPr>
            <w:tcW w:w="943" w:type="dxa"/>
            <w:vAlign w:val="center"/>
          </w:tcPr>
          <w:p w14:paraId="3975DB16" w14:textId="77777777" w:rsidR="00ED1348" w:rsidRDefault="00F85C2E">
            <w:pPr>
              <w:jc w:val="center"/>
            </w:pPr>
            <w:r>
              <w:rPr>
                <w:b/>
                <w:sz w:val="16"/>
              </w:rPr>
              <w:t>4</w:t>
            </w:r>
          </w:p>
        </w:tc>
        <w:tc>
          <w:tcPr>
            <w:tcW w:w="943" w:type="dxa"/>
            <w:vAlign w:val="center"/>
          </w:tcPr>
          <w:p w14:paraId="7962B9EC" w14:textId="77777777" w:rsidR="00ED1348" w:rsidRDefault="00ED1348">
            <w:pPr>
              <w:jc w:val="center"/>
            </w:pPr>
          </w:p>
        </w:tc>
        <w:tc>
          <w:tcPr>
            <w:tcW w:w="943" w:type="dxa"/>
            <w:vAlign w:val="center"/>
          </w:tcPr>
          <w:p w14:paraId="5B839841" w14:textId="77777777" w:rsidR="00ED1348" w:rsidRDefault="00ED1348">
            <w:pPr>
              <w:jc w:val="center"/>
            </w:pPr>
          </w:p>
        </w:tc>
        <w:tc>
          <w:tcPr>
            <w:tcW w:w="943" w:type="dxa"/>
            <w:vAlign w:val="center"/>
          </w:tcPr>
          <w:p w14:paraId="6274E9AD" w14:textId="77777777" w:rsidR="00ED1348" w:rsidRDefault="00ED1348">
            <w:pPr>
              <w:jc w:val="center"/>
            </w:pPr>
          </w:p>
        </w:tc>
        <w:tc>
          <w:tcPr>
            <w:tcW w:w="943" w:type="dxa"/>
            <w:vAlign w:val="center"/>
          </w:tcPr>
          <w:p w14:paraId="3A35798D" w14:textId="77777777" w:rsidR="00ED1348" w:rsidRDefault="00ED1348">
            <w:pPr>
              <w:jc w:val="center"/>
            </w:pPr>
          </w:p>
        </w:tc>
        <w:tc>
          <w:tcPr>
            <w:tcW w:w="943" w:type="dxa"/>
            <w:vAlign w:val="center"/>
          </w:tcPr>
          <w:p w14:paraId="3084D8AF" w14:textId="77777777" w:rsidR="00ED1348" w:rsidRDefault="00ED1348">
            <w:pPr>
              <w:jc w:val="center"/>
            </w:pPr>
          </w:p>
        </w:tc>
        <w:tc>
          <w:tcPr>
            <w:tcW w:w="943" w:type="dxa"/>
            <w:vAlign w:val="center"/>
          </w:tcPr>
          <w:p w14:paraId="73798FD5" w14:textId="77777777" w:rsidR="00ED1348" w:rsidRDefault="00ED1348">
            <w:pPr>
              <w:jc w:val="center"/>
            </w:pPr>
          </w:p>
        </w:tc>
        <w:tc>
          <w:tcPr>
            <w:tcW w:w="943" w:type="dxa"/>
            <w:vAlign w:val="center"/>
          </w:tcPr>
          <w:p w14:paraId="198FCB8D" w14:textId="77777777" w:rsidR="00ED1348" w:rsidRDefault="00ED1348">
            <w:pPr>
              <w:jc w:val="center"/>
            </w:pPr>
          </w:p>
        </w:tc>
        <w:tc>
          <w:tcPr>
            <w:tcW w:w="943" w:type="dxa"/>
            <w:vAlign w:val="center"/>
          </w:tcPr>
          <w:p w14:paraId="3C80ACBA" w14:textId="77777777" w:rsidR="00ED1348" w:rsidRDefault="00ED1348">
            <w:pPr>
              <w:jc w:val="center"/>
            </w:pPr>
          </w:p>
        </w:tc>
        <w:tc>
          <w:tcPr>
            <w:tcW w:w="943" w:type="dxa"/>
            <w:vAlign w:val="center"/>
          </w:tcPr>
          <w:p w14:paraId="2F6F2081" w14:textId="77777777" w:rsidR="00ED1348" w:rsidRDefault="00ED1348">
            <w:pPr>
              <w:jc w:val="center"/>
            </w:pPr>
          </w:p>
        </w:tc>
        <w:tc>
          <w:tcPr>
            <w:tcW w:w="943" w:type="dxa"/>
            <w:vAlign w:val="center"/>
          </w:tcPr>
          <w:p w14:paraId="553ED2E6" w14:textId="77777777" w:rsidR="00ED1348" w:rsidRDefault="00ED1348">
            <w:pPr>
              <w:jc w:val="center"/>
            </w:pPr>
          </w:p>
        </w:tc>
      </w:tr>
      <w:tr w:rsidR="00ED1348" w14:paraId="7506834F" w14:textId="77777777">
        <w:trPr>
          <w:trHeight w:hRule="exact" w:val="461"/>
          <w:jc w:val="center"/>
        </w:trPr>
        <w:tc>
          <w:tcPr>
            <w:tcW w:w="943" w:type="dxa"/>
            <w:vAlign w:val="center"/>
          </w:tcPr>
          <w:p w14:paraId="7E72E613" w14:textId="77777777" w:rsidR="00ED1348" w:rsidRDefault="00F85C2E">
            <w:pPr>
              <w:jc w:val="center"/>
            </w:pPr>
            <w:r>
              <w:rPr>
                <w:b/>
                <w:sz w:val="16"/>
              </w:rPr>
              <w:t>5</w:t>
            </w:r>
          </w:p>
        </w:tc>
        <w:tc>
          <w:tcPr>
            <w:tcW w:w="943" w:type="dxa"/>
            <w:vAlign w:val="center"/>
          </w:tcPr>
          <w:p w14:paraId="18F17079" w14:textId="77777777" w:rsidR="00ED1348" w:rsidRDefault="00ED1348">
            <w:pPr>
              <w:jc w:val="center"/>
            </w:pPr>
          </w:p>
        </w:tc>
        <w:tc>
          <w:tcPr>
            <w:tcW w:w="943" w:type="dxa"/>
            <w:vAlign w:val="center"/>
          </w:tcPr>
          <w:p w14:paraId="01749852" w14:textId="77777777" w:rsidR="00ED1348" w:rsidRDefault="00ED1348">
            <w:pPr>
              <w:jc w:val="center"/>
            </w:pPr>
          </w:p>
        </w:tc>
        <w:tc>
          <w:tcPr>
            <w:tcW w:w="943" w:type="dxa"/>
            <w:vAlign w:val="center"/>
          </w:tcPr>
          <w:p w14:paraId="71042467" w14:textId="77777777" w:rsidR="00ED1348" w:rsidRDefault="00ED1348">
            <w:pPr>
              <w:jc w:val="center"/>
            </w:pPr>
          </w:p>
        </w:tc>
        <w:tc>
          <w:tcPr>
            <w:tcW w:w="943" w:type="dxa"/>
            <w:vAlign w:val="center"/>
          </w:tcPr>
          <w:p w14:paraId="46F58079" w14:textId="77777777" w:rsidR="00ED1348" w:rsidRDefault="00ED1348">
            <w:pPr>
              <w:jc w:val="center"/>
            </w:pPr>
          </w:p>
        </w:tc>
        <w:tc>
          <w:tcPr>
            <w:tcW w:w="943" w:type="dxa"/>
            <w:vAlign w:val="center"/>
          </w:tcPr>
          <w:p w14:paraId="534E8D54" w14:textId="77777777" w:rsidR="00ED1348" w:rsidRDefault="00ED1348">
            <w:pPr>
              <w:jc w:val="center"/>
            </w:pPr>
          </w:p>
        </w:tc>
        <w:tc>
          <w:tcPr>
            <w:tcW w:w="943" w:type="dxa"/>
            <w:vAlign w:val="center"/>
          </w:tcPr>
          <w:p w14:paraId="0790B486" w14:textId="77777777" w:rsidR="00ED1348" w:rsidRDefault="00ED1348">
            <w:pPr>
              <w:jc w:val="center"/>
            </w:pPr>
          </w:p>
        </w:tc>
        <w:tc>
          <w:tcPr>
            <w:tcW w:w="943" w:type="dxa"/>
            <w:vAlign w:val="center"/>
          </w:tcPr>
          <w:p w14:paraId="556A2676" w14:textId="77777777" w:rsidR="00ED1348" w:rsidRDefault="00ED1348">
            <w:pPr>
              <w:jc w:val="center"/>
            </w:pPr>
          </w:p>
        </w:tc>
        <w:tc>
          <w:tcPr>
            <w:tcW w:w="943" w:type="dxa"/>
            <w:vAlign w:val="center"/>
          </w:tcPr>
          <w:p w14:paraId="64525608" w14:textId="77777777" w:rsidR="00ED1348" w:rsidRDefault="00ED1348">
            <w:pPr>
              <w:jc w:val="center"/>
            </w:pPr>
          </w:p>
        </w:tc>
        <w:tc>
          <w:tcPr>
            <w:tcW w:w="943" w:type="dxa"/>
            <w:vAlign w:val="center"/>
          </w:tcPr>
          <w:p w14:paraId="45BB5097" w14:textId="77777777" w:rsidR="00ED1348" w:rsidRDefault="00ED1348">
            <w:pPr>
              <w:jc w:val="center"/>
            </w:pPr>
          </w:p>
        </w:tc>
        <w:tc>
          <w:tcPr>
            <w:tcW w:w="943" w:type="dxa"/>
            <w:vAlign w:val="center"/>
          </w:tcPr>
          <w:p w14:paraId="3E0F88F9" w14:textId="77777777" w:rsidR="00ED1348" w:rsidRDefault="00ED1348">
            <w:pPr>
              <w:jc w:val="center"/>
            </w:pPr>
          </w:p>
        </w:tc>
      </w:tr>
      <w:tr w:rsidR="00ED1348" w14:paraId="5C3C2DDA" w14:textId="77777777">
        <w:trPr>
          <w:trHeight w:hRule="exact" w:val="461"/>
          <w:jc w:val="center"/>
        </w:trPr>
        <w:tc>
          <w:tcPr>
            <w:tcW w:w="943" w:type="dxa"/>
            <w:vAlign w:val="center"/>
          </w:tcPr>
          <w:p w14:paraId="15E85926" w14:textId="77777777" w:rsidR="00ED1348" w:rsidRDefault="00F85C2E">
            <w:pPr>
              <w:jc w:val="center"/>
            </w:pPr>
            <w:r>
              <w:rPr>
                <w:b/>
                <w:sz w:val="16"/>
              </w:rPr>
              <w:t>6</w:t>
            </w:r>
          </w:p>
        </w:tc>
        <w:tc>
          <w:tcPr>
            <w:tcW w:w="943" w:type="dxa"/>
            <w:vAlign w:val="center"/>
          </w:tcPr>
          <w:p w14:paraId="0DB0CC6B" w14:textId="77777777" w:rsidR="00ED1348" w:rsidRDefault="00ED1348">
            <w:pPr>
              <w:jc w:val="center"/>
            </w:pPr>
          </w:p>
        </w:tc>
        <w:tc>
          <w:tcPr>
            <w:tcW w:w="943" w:type="dxa"/>
            <w:vAlign w:val="center"/>
          </w:tcPr>
          <w:p w14:paraId="529ECE88" w14:textId="77777777" w:rsidR="00ED1348" w:rsidRDefault="00ED1348">
            <w:pPr>
              <w:jc w:val="center"/>
            </w:pPr>
          </w:p>
        </w:tc>
        <w:tc>
          <w:tcPr>
            <w:tcW w:w="943" w:type="dxa"/>
            <w:vAlign w:val="center"/>
          </w:tcPr>
          <w:p w14:paraId="316610F2" w14:textId="77777777" w:rsidR="00ED1348" w:rsidRDefault="00ED1348">
            <w:pPr>
              <w:jc w:val="center"/>
            </w:pPr>
          </w:p>
        </w:tc>
        <w:tc>
          <w:tcPr>
            <w:tcW w:w="943" w:type="dxa"/>
            <w:vAlign w:val="center"/>
          </w:tcPr>
          <w:p w14:paraId="33A4F014" w14:textId="77777777" w:rsidR="00ED1348" w:rsidRDefault="00ED1348">
            <w:pPr>
              <w:jc w:val="center"/>
            </w:pPr>
          </w:p>
        </w:tc>
        <w:tc>
          <w:tcPr>
            <w:tcW w:w="943" w:type="dxa"/>
            <w:vAlign w:val="center"/>
          </w:tcPr>
          <w:p w14:paraId="599AF2C6" w14:textId="77777777" w:rsidR="00ED1348" w:rsidRDefault="00ED1348">
            <w:pPr>
              <w:jc w:val="center"/>
            </w:pPr>
          </w:p>
        </w:tc>
        <w:tc>
          <w:tcPr>
            <w:tcW w:w="943" w:type="dxa"/>
            <w:vAlign w:val="center"/>
          </w:tcPr>
          <w:p w14:paraId="28608905" w14:textId="77777777" w:rsidR="00ED1348" w:rsidRDefault="00ED1348">
            <w:pPr>
              <w:jc w:val="center"/>
            </w:pPr>
          </w:p>
        </w:tc>
        <w:tc>
          <w:tcPr>
            <w:tcW w:w="943" w:type="dxa"/>
            <w:vAlign w:val="center"/>
          </w:tcPr>
          <w:p w14:paraId="1A755EA8" w14:textId="77777777" w:rsidR="00ED1348" w:rsidRDefault="00ED1348">
            <w:pPr>
              <w:jc w:val="center"/>
            </w:pPr>
          </w:p>
        </w:tc>
        <w:tc>
          <w:tcPr>
            <w:tcW w:w="943" w:type="dxa"/>
            <w:vAlign w:val="center"/>
          </w:tcPr>
          <w:p w14:paraId="23BD24B5" w14:textId="77777777" w:rsidR="00ED1348" w:rsidRDefault="00ED1348">
            <w:pPr>
              <w:jc w:val="center"/>
            </w:pPr>
          </w:p>
        </w:tc>
        <w:tc>
          <w:tcPr>
            <w:tcW w:w="943" w:type="dxa"/>
            <w:vAlign w:val="center"/>
          </w:tcPr>
          <w:p w14:paraId="2A35E6C8" w14:textId="77777777" w:rsidR="00ED1348" w:rsidRDefault="00ED1348">
            <w:pPr>
              <w:jc w:val="center"/>
            </w:pPr>
          </w:p>
        </w:tc>
        <w:tc>
          <w:tcPr>
            <w:tcW w:w="943" w:type="dxa"/>
            <w:vAlign w:val="center"/>
          </w:tcPr>
          <w:p w14:paraId="70E354E1" w14:textId="77777777" w:rsidR="00ED1348" w:rsidRDefault="00ED1348">
            <w:pPr>
              <w:jc w:val="center"/>
            </w:pPr>
          </w:p>
        </w:tc>
      </w:tr>
      <w:tr w:rsidR="00ED1348" w14:paraId="4CCC35B7" w14:textId="77777777">
        <w:trPr>
          <w:trHeight w:hRule="exact" w:val="461"/>
          <w:jc w:val="center"/>
        </w:trPr>
        <w:tc>
          <w:tcPr>
            <w:tcW w:w="943" w:type="dxa"/>
            <w:vAlign w:val="center"/>
          </w:tcPr>
          <w:p w14:paraId="0BB7F69D" w14:textId="77777777" w:rsidR="00ED1348" w:rsidRDefault="00F85C2E">
            <w:pPr>
              <w:jc w:val="center"/>
            </w:pPr>
            <w:r>
              <w:rPr>
                <w:b/>
                <w:sz w:val="16"/>
              </w:rPr>
              <w:t>7</w:t>
            </w:r>
          </w:p>
        </w:tc>
        <w:tc>
          <w:tcPr>
            <w:tcW w:w="943" w:type="dxa"/>
            <w:vAlign w:val="center"/>
          </w:tcPr>
          <w:p w14:paraId="2B7CA686" w14:textId="77777777" w:rsidR="00ED1348" w:rsidRDefault="00ED1348">
            <w:pPr>
              <w:jc w:val="center"/>
            </w:pPr>
          </w:p>
        </w:tc>
        <w:tc>
          <w:tcPr>
            <w:tcW w:w="943" w:type="dxa"/>
            <w:vAlign w:val="center"/>
          </w:tcPr>
          <w:p w14:paraId="680D3313" w14:textId="77777777" w:rsidR="00ED1348" w:rsidRDefault="00ED1348">
            <w:pPr>
              <w:jc w:val="center"/>
            </w:pPr>
          </w:p>
        </w:tc>
        <w:tc>
          <w:tcPr>
            <w:tcW w:w="943" w:type="dxa"/>
            <w:vAlign w:val="center"/>
          </w:tcPr>
          <w:p w14:paraId="5D6D5C48" w14:textId="77777777" w:rsidR="00ED1348" w:rsidRDefault="00ED1348">
            <w:pPr>
              <w:jc w:val="center"/>
            </w:pPr>
          </w:p>
        </w:tc>
        <w:tc>
          <w:tcPr>
            <w:tcW w:w="943" w:type="dxa"/>
            <w:vAlign w:val="center"/>
          </w:tcPr>
          <w:p w14:paraId="477A2413" w14:textId="77777777" w:rsidR="00ED1348" w:rsidRDefault="00ED1348">
            <w:pPr>
              <w:jc w:val="center"/>
            </w:pPr>
          </w:p>
        </w:tc>
        <w:tc>
          <w:tcPr>
            <w:tcW w:w="943" w:type="dxa"/>
            <w:vAlign w:val="center"/>
          </w:tcPr>
          <w:p w14:paraId="33C6D8A6" w14:textId="77777777" w:rsidR="00ED1348" w:rsidRDefault="00ED1348">
            <w:pPr>
              <w:jc w:val="center"/>
            </w:pPr>
          </w:p>
        </w:tc>
        <w:tc>
          <w:tcPr>
            <w:tcW w:w="943" w:type="dxa"/>
            <w:vAlign w:val="center"/>
          </w:tcPr>
          <w:p w14:paraId="6E7239C9" w14:textId="77777777" w:rsidR="00ED1348" w:rsidRDefault="00ED1348">
            <w:pPr>
              <w:jc w:val="center"/>
            </w:pPr>
          </w:p>
        </w:tc>
        <w:tc>
          <w:tcPr>
            <w:tcW w:w="943" w:type="dxa"/>
            <w:vAlign w:val="center"/>
          </w:tcPr>
          <w:p w14:paraId="2F1FB9EC" w14:textId="77777777" w:rsidR="00ED1348" w:rsidRDefault="00ED1348">
            <w:pPr>
              <w:jc w:val="center"/>
            </w:pPr>
          </w:p>
        </w:tc>
        <w:tc>
          <w:tcPr>
            <w:tcW w:w="943" w:type="dxa"/>
            <w:vAlign w:val="center"/>
          </w:tcPr>
          <w:p w14:paraId="6F2C6DC5" w14:textId="77777777" w:rsidR="00ED1348" w:rsidRDefault="00ED1348">
            <w:pPr>
              <w:jc w:val="center"/>
            </w:pPr>
          </w:p>
        </w:tc>
        <w:tc>
          <w:tcPr>
            <w:tcW w:w="943" w:type="dxa"/>
            <w:vAlign w:val="center"/>
          </w:tcPr>
          <w:p w14:paraId="167C1302" w14:textId="77777777" w:rsidR="00ED1348" w:rsidRDefault="00ED1348">
            <w:pPr>
              <w:jc w:val="center"/>
            </w:pPr>
          </w:p>
        </w:tc>
        <w:tc>
          <w:tcPr>
            <w:tcW w:w="943" w:type="dxa"/>
            <w:vAlign w:val="center"/>
          </w:tcPr>
          <w:p w14:paraId="30F1F18B" w14:textId="77777777" w:rsidR="00ED1348" w:rsidRDefault="00ED1348">
            <w:pPr>
              <w:jc w:val="center"/>
            </w:pPr>
          </w:p>
        </w:tc>
      </w:tr>
      <w:tr w:rsidR="00ED1348" w14:paraId="06CB70BF" w14:textId="77777777">
        <w:trPr>
          <w:trHeight w:hRule="exact" w:val="461"/>
          <w:jc w:val="center"/>
        </w:trPr>
        <w:tc>
          <w:tcPr>
            <w:tcW w:w="943" w:type="dxa"/>
            <w:vAlign w:val="center"/>
          </w:tcPr>
          <w:p w14:paraId="51358D9D" w14:textId="77777777" w:rsidR="00ED1348" w:rsidRDefault="00F85C2E">
            <w:pPr>
              <w:jc w:val="center"/>
            </w:pPr>
            <w:r>
              <w:rPr>
                <w:b/>
                <w:sz w:val="16"/>
              </w:rPr>
              <w:t>8</w:t>
            </w:r>
          </w:p>
        </w:tc>
        <w:tc>
          <w:tcPr>
            <w:tcW w:w="943" w:type="dxa"/>
            <w:vAlign w:val="center"/>
          </w:tcPr>
          <w:p w14:paraId="0E869B9A" w14:textId="77777777" w:rsidR="00ED1348" w:rsidRDefault="00ED1348">
            <w:pPr>
              <w:jc w:val="center"/>
            </w:pPr>
          </w:p>
        </w:tc>
        <w:tc>
          <w:tcPr>
            <w:tcW w:w="943" w:type="dxa"/>
            <w:vAlign w:val="center"/>
          </w:tcPr>
          <w:p w14:paraId="5D0C1512" w14:textId="77777777" w:rsidR="00ED1348" w:rsidRDefault="00ED1348">
            <w:pPr>
              <w:jc w:val="center"/>
            </w:pPr>
          </w:p>
        </w:tc>
        <w:tc>
          <w:tcPr>
            <w:tcW w:w="943" w:type="dxa"/>
            <w:vAlign w:val="center"/>
          </w:tcPr>
          <w:p w14:paraId="3391413C" w14:textId="77777777" w:rsidR="00ED1348" w:rsidRDefault="00ED1348">
            <w:pPr>
              <w:jc w:val="center"/>
            </w:pPr>
          </w:p>
        </w:tc>
        <w:tc>
          <w:tcPr>
            <w:tcW w:w="943" w:type="dxa"/>
            <w:vAlign w:val="center"/>
          </w:tcPr>
          <w:p w14:paraId="668071A3" w14:textId="77777777" w:rsidR="00ED1348" w:rsidRDefault="00ED1348">
            <w:pPr>
              <w:jc w:val="center"/>
            </w:pPr>
          </w:p>
        </w:tc>
        <w:tc>
          <w:tcPr>
            <w:tcW w:w="943" w:type="dxa"/>
            <w:vAlign w:val="center"/>
          </w:tcPr>
          <w:p w14:paraId="6894680F" w14:textId="77777777" w:rsidR="00ED1348" w:rsidRDefault="00ED1348">
            <w:pPr>
              <w:jc w:val="center"/>
            </w:pPr>
          </w:p>
        </w:tc>
        <w:tc>
          <w:tcPr>
            <w:tcW w:w="943" w:type="dxa"/>
            <w:vAlign w:val="center"/>
          </w:tcPr>
          <w:p w14:paraId="2068EC3B" w14:textId="77777777" w:rsidR="00ED1348" w:rsidRDefault="00ED1348">
            <w:pPr>
              <w:jc w:val="center"/>
            </w:pPr>
          </w:p>
        </w:tc>
        <w:tc>
          <w:tcPr>
            <w:tcW w:w="943" w:type="dxa"/>
            <w:vAlign w:val="center"/>
          </w:tcPr>
          <w:p w14:paraId="743B52AC" w14:textId="77777777" w:rsidR="00ED1348" w:rsidRDefault="00ED1348">
            <w:pPr>
              <w:jc w:val="center"/>
            </w:pPr>
          </w:p>
        </w:tc>
        <w:tc>
          <w:tcPr>
            <w:tcW w:w="943" w:type="dxa"/>
            <w:vAlign w:val="center"/>
          </w:tcPr>
          <w:p w14:paraId="22DF7604" w14:textId="77777777" w:rsidR="00ED1348" w:rsidRDefault="00ED1348">
            <w:pPr>
              <w:jc w:val="center"/>
            </w:pPr>
          </w:p>
        </w:tc>
        <w:tc>
          <w:tcPr>
            <w:tcW w:w="943" w:type="dxa"/>
            <w:vAlign w:val="center"/>
          </w:tcPr>
          <w:p w14:paraId="71BF2FB9" w14:textId="77777777" w:rsidR="00ED1348" w:rsidRDefault="00ED1348">
            <w:pPr>
              <w:jc w:val="center"/>
            </w:pPr>
          </w:p>
        </w:tc>
        <w:tc>
          <w:tcPr>
            <w:tcW w:w="943" w:type="dxa"/>
            <w:vAlign w:val="center"/>
          </w:tcPr>
          <w:p w14:paraId="4E96B5DB" w14:textId="77777777" w:rsidR="00ED1348" w:rsidRDefault="00ED1348">
            <w:pPr>
              <w:jc w:val="center"/>
            </w:pPr>
          </w:p>
        </w:tc>
      </w:tr>
      <w:tr w:rsidR="00ED1348" w14:paraId="0B917DA5" w14:textId="77777777">
        <w:trPr>
          <w:trHeight w:hRule="exact" w:val="461"/>
          <w:jc w:val="center"/>
        </w:trPr>
        <w:tc>
          <w:tcPr>
            <w:tcW w:w="943" w:type="dxa"/>
            <w:vAlign w:val="center"/>
          </w:tcPr>
          <w:p w14:paraId="45B10F3A" w14:textId="77777777" w:rsidR="00ED1348" w:rsidRDefault="00F85C2E">
            <w:pPr>
              <w:jc w:val="center"/>
            </w:pPr>
            <w:r>
              <w:rPr>
                <w:b/>
                <w:sz w:val="16"/>
              </w:rPr>
              <w:t>9</w:t>
            </w:r>
          </w:p>
        </w:tc>
        <w:tc>
          <w:tcPr>
            <w:tcW w:w="943" w:type="dxa"/>
            <w:vAlign w:val="center"/>
          </w:tcPr>
          <w:p w14:paraId="34A1F49F" w14:textId="77777777" w:rsidR="00ED1348" w:rsidRDefault="00ED1348">
            <w:pPr>
              <w:jc w:val="center"/>
            </w:pPr>
          </w:p>
        </w:tc>
        <w:tc>
          <w:tcPr>
            <w:tcW w:w="943" w:type="dxa"/>
            <w:vAlign w:val="center"/>
          </w:tcPr>
          <w:p w14:paraId="4432355A" w14:textId="77777777" w:rsidR="00ED1348" w:rsidRDefault="00ED1348">
            <w:pPr>
              <w:jc w:val="center"/>
            </w:pPr>
          </w:p>
        </w:tc>
        <w:tc>
          <w:tcPr>
            <w:tcW w:w="943" w:type="dxa"/>
            <w:vAlign w:val="center"/>
          </w:tcPr>
          <w:p w14:paraId="5535A35F" w14:textId="77777777" w:rsidR="00ED1348" w:rsidRDefault="00ED1348">
            <w:pPr>
              <w:jc w:val="center"/>
            </w:pPr>
          </w:p>
        </w:tc>
        <w:tc>
          <w:tcPr>
            <w:tcW w:w="943" w:type="dxa"/>
            <w:vAlign w:val="center"/>
          </w:tcPr>
          <w:p w14:paraId="05C96003" w14:textId="77777777" w:rsidR="00ED1348" w:rsidRDefault="00ED1348">
            <w:pPr>
              <w:jc w:val="center"/>
            </w:pPr>
          </w:p>
        </w:tc>
        <w:tc>
          <w:tcPr>
            <w:tcW w:w="943" w:type="dxa"/>
            <w:vAlign w:val="center"/>
          </w:tcPr>
          <w:p w14:paraId="1975072B" w14:textId="77777777" w:rsidR="00ED1348" w:rsidRDefault="00ED1348">
            <w:pPr>
              <w:jc w:val="center"/>
            </w:pPr>
          </w:p>
        </w:tc>
        <w:tc>
          <w:tcPr>
            <w:tcW w:w="943" w:type="dxa"/>
            <w:vAlign w:val="center"/>
          </w:tcPr>
          <w:p w14:paraId="39A0B950" w14:textId="77777777" w:rsidR="00ED1348" w:rsidRDefault="00ED1348">
            <w:pPr>
              <w:jc w:val="center"/>
            </w:pPr>
          </w:p>
        </w:tc>
        <w:tc>
          <w:tcPr>
            <w:tcW w:w="943" w:type="dxa"/>
            <w:vAlign w:val="center"/>
          </w:tcPr>
          <w:p w14:paraId="65F210D8" w14:textId="77777777" w:rsidR="00ED1348" w:rsidRDefault="00ED1348">
            <w:pPr>
              <w:jc w:val="center"/>
            </w:pPr>
          </w:p>
        </w:tc>
        <w:tc>
          <w:tcPr>
            <w:tcW w:w="943" w:type="dxa"/>
            <w:vAlign w:val="center"/>
          </w:tcPr>
          <w:p w14:paraId="127D260F" w14:textId="77777777" w:rsidR="00ED1348" w:rsidRDefault="00ED1348">
            <w:pPr>
              <w:jc w:val="center"/>
            </w:pPr>
          </w:p>
        </w:tc>
        <w:tc>
          <w:tcPr>
            <w:tcW w:w="943" w:type="dxa"/>
            <w:vAlign w:val="center"/>
          </w:tcPr>
          <w:p w14:paraId="6629BD07" w14:textId="77777777" w:rsidR="00ED1348" w:rsidRDefault="00ED1348">
            <w:pPr>
              <w:jc w:val="center"/>
            </w:pPr>
          </w:p>
        </w:tc>
        <w:tc>
          <w:tcPr>
            <w:tcW w:w="943" w:type="dxa"/>
            <w:vAlign w:val="center"/>
          </w:tcPr>
          <w:p w14:paraId="6A459C7E" w14:textId="77777777" w:rsidR="00ED1348" w:rsidRDefault="00ED1348">
            <w:pPr>
              <w:jc w:val="center"/>
            </w:pPr>
          </w:p>
        </w:tc>
      </w:tr>
      <w:tr w:rsidR="00ED1348" w14:paraId="08DB0177" w14:textId="77777777">
        <w:trPr>
          <w:trHeight w:hRule="exact" w:val="461"/>
          <w:jc w:val="center"/>
        </w:trPr>
        <w:tc>
          <w:tcPr>
            <w:tcW w:w="943" w:type="dxa"/>
            <w:vAlign w:val="center"/>
          </w:tcPr>
          <w:p w14:paraId="678DDDAF" w14:textId="77777777" w:rsidR="00ED1348" w:rsidRDefault="00F85C2E">
            <w:pPr>
              <w:jc w:val="center"/>
            </w:pPr>
            <w:r>
              <w:rPr>
                <w:b/>
                <w:sz w:val="16"/>
              </w:rPr>
              <w:t>10</w:t>
            </w:r>
          </w:p>
        </w:tc>
        <w:tc>
          <w:tcPr>
            <w:tcW w:w="943" w:type="dxa"/>
            <w:vAlign w:val="center"/>
          </w:tcPr>
          <w:p w14:paraId="487E6C00" w14:textId="77777777" w:rsidR="00ED1348" w:rsidRDefault="00ED1348">
            <w:pPr>
              <w:jc w:val="center"/>
            </w:pPr>
          </w:p>
        </w:tc>
        <w:tc>
          <w:tcPr>
            <w:tcW w:w="943" w:type="dxa"/>
            <w:vAlign w:val="center"/>
          </w:tcPr>
          <w:p w14:paraId="35020548" w14:textId="77777777" w:rsidR="00ED1348" w:rsidRDefault="00ED1348">
            <w:pPr>
              <w:jc w:val="center"/>
            </w:pPr>
          </w:p>
        </w:tc>
        <w:tc>
          <w:tcPr>
            <w:tcW w:w="943" w:type="dxa"/>
            <w:vAlign w:val="center"/>
          </w:tcPr>
          <w:p w14:paraId="2991675C" w14:textId="77777777" w:rsidR="00ED1348" w:rsidRDefault="00ED1348">
            <w:pPr>
              <w:jc w:val="center"/>
            </w:pPr>
          </w:p>
        </w:tc>
        <w:tc>
          <w:tcPr>
            <w:tcW w:w="943" w:type="dxa"/>
            <w:vAlign w:val="center"/>
          </w:tcPr>
          <w:p w14:paraId="4A3703D8" w14:textId="77777777" w:rsidR="00ED1348" w:rsidRDefault="00ED1348">
            <w:pPr>
              <w:jc w:val="center"/>
            </w:pPr>
          </w:p>
        </w:tc>
        <w:tc>
          <w:tcPr>
            <w:tcW w:w="943" w:type="dxa"/>
            <w:vAlign w:val="center"/>
          </w:tcPr>
          <w:p w14:paraId="3B9B63FD" w14:textId="77777777" w:rsidR="00ED1348" w:rsidRDefault="00ED1348">
            <w:pPr>
              <w:jc w:val="center"/>
            </w:pPr>
          </w:p>
        </w:tc>
        <w:tc>
          <w:tcPr>
            <w:tcW w:w="943" w:type="dxa"/>
            <w:vAlign w:val="center"/>
          </w:tcPr>
          <w:p w14:paraId="5357B7AD" w14:textId="77777777" w:rsidR="00ED1348" w:rsidRDefault="00ED1348">
            <w:pPr>
              <w:jc w:val="center"/>
            </w:pPr>
          </w:p>
        </w:tc>
        <w:tc>
          <w:tcPr>
            <w:tcW w:w="943" w:type="dxa"/>
            <w:vAlign w:val="center"/>
          </w:tcPr>
          <w:p w14:paraId="672E4EB9" w14:textId="77777777" w:rsidR="00ED1348" w:rsidRDefault="00ED1348">
            <w:pPr>
              <w:jc w:val="center"/>
            </w:pPr>
          </w:p>
        </w:tc>
        <w:tc>
          <w:tcPr>
            <w:tcW w:w="943" w:type="dxa"/>
            <w:vAlign w:val="center"/>
          </w:tcPr>
          <w:p w14:paraId="768EF81B" w14:textId="77777777" w:rsidR="00ED1348" w:rsidRDefault="00ED1348">
            <w:pPr>
              <w:jc w:val="center"/>
            </w:pPr>
          </w:p>
        </w:tc>
        <w:tc>
          <w:tcPr>
            <w:tcW w:w="943" w:type="dxa"/>
            <w:vAlign w:val="center"/>
          </w:tcPr>
          <w:p w14:paraId="65D10909" w14:textId="77777777" w:rsidR="00ED1348" w:rsidRDefault="00ED1348">
            <w:pPr>
              <w:jc w:val="center"/>
            </w:pPr>
          </w:p>
        </w:tc>
        <w:tc>
          <w:tcPr>
            <w:tcW w:w="943" w:type="dxa"/>
            <w:vAlign w:val="center"/>
          </w:tcPr>
          <w:p w14:paraId="1F548765" w14:textId="77777777" w:rsidR="00ED1348" w:rsidRDefault="00ED1348">
            <w:pPr>
              <w:jc w:val="center"/>
            </w:pPr>
          </w:p>
        </w:tc>
      </w:tr>
    </w:tbl>
    <w:p w14:paraId="54D3E88D" w14:textId="77777777" w:rsidR="00ED1348" w:rsidRDefault="00F85C2E">
      <w:pPr>
        <w:pStyle w:val="Heading2"/>
      </w:pPr>
      <w:r>
        <w:t>Legend / Key</w:t>
      </w:r>
    </w:p>
    <w:tbl>
      <w:tblPr>
        <w:tblStyle w:val="TableGrid"/>
        <w:tblW w:w="0" w:type="auto"/>
        <w:jc w:val="center"/>
        <w:tblLook w:val="04A0" w:firstRow="1" w:lastRow="0" w:firstColumn="1" w:lastColumn="0" w:noHBand="0" w:noVBand="1"/>
      </w:tblPr>
      <w:tblGrid>
        <w:gridCol w:w="5179"/>
        <w:gridCol w:w="5179"/>
      </w:tblGrid>
      <w:tr w:rsidR="00ED1348" w14:paraId="574907D7" w14:textId="77777777">
        <w:trPr>
          <w:jc w:val="center"/>
        </w:trPr>
        <w:tc>
          <w:tcPr>
            <w:tcW w:w="5184" w:type="dxa"/>
          </w:tcPr>
          <w:p w14:paraId="608D5D82" w14:textId="77777777" w:rsidR="00ED1348" w:rsidRDefault="00F85C2E">
            <w:r>
              <w:t>Symbol / Marker</w:t>
            </w:r>
          </w:p>
        </w:tc>
        <w:tc>
          <w:tcPr>
            <w:tcW w:w="5184" w:type="dxa"/>
          </w:tcPr>
          <w:p w14:paraId="2A4940D5" w14:textId="77777777" w:rsidR="00ED1348" w:rsidRDefault="00F85C2E">
            <w:r>
              <w:t>Meaning</w:t>
            </w:r>
          </w:p>
        </w:tc>
      </w:tr>
      <w:tr w:rsidR="00ED1348" w14:paraId="77450CCA" w14:textId="77777777">
        <w:trPr>
          <w:jc w:val="center"/>
        </w:trPr>
        <w:tc>
          <w:tcPr>
            <w:tcW w:w="5184" w:type="dxa"/>
          </w:tcPr>
          <w:p w14:paraId="27BEA27E" w14:textId="77777777" w:rsidR="00ED1348" w:rsidRDefault="00F85C2E">
            <w:r>
              <w:t>△ #</w:t>
            </w:r>
          </w:p>
        </w:tc>
        <w:tc>
          <w:tcPr>
            <w:tcW w:w="5184" w:type="dxa"/>
          </w:tcPr>
          <w:p w14:paraId="576C7804" w14:textId="77777777" w:rsidR="00ED1348" w:rsidRDefault="00F85C2E">
            <w:r>
              <w:t>Evidence marker</w:t>
            </w:r>
          </w:p>
        </w:tc>
      </w:tr>
      <w:tr w:rsidR="00ED1348" w14:paraId="3020501F" w14:textId="77777777">
        <w:trPr>
          <w:jc w:val="center"/>
        </w:trPr>
        <w:tc>
          <w:tcPr>
            <w:tcW w:w="5184" w:type="dxa"/>
          </w:tcPr>
          <w:p w14:paraId="2F088B55" w14:textId="77777777" w:rsidR="00ED1348" w:rsidRDefault="00F85C2E">
            <w:r>
              <w:t>FP</w:t>
            </w:r>
          </w:p>
        </w:tc>
        <w:tc>
          <w:tcPr>
            <w:tcW w:w="5184" w:type="dxa"/>
          </w:tcPr>
          <w:p w14:paraId="75D60F92" w14:textId="77777777" w:rsidR="00ED1348" w:rsidRDefault="00F85C2E">
            <w:r>
              <w:t>Fingerprint / impression evidence</w:t>
            </w:r>
          </w:p>
        </w:tc>
      </w:tr>
      <w:tr w:rsidR="00ED1348" w14:paraId="2A5415A9" w14:textId="77777777">
        <w:trPr>
          <w:jc w:val="center"/>
        </w:trPr>
        <w:tc>
          <w:tcPr>
            <w:tcW w:w="5184" w:type="dxa"/>
          </w:tcPr>
          <w:p w14:paraId="62AE874E" w14:textId="77777777" w:rsidR="00ED1348" w:rsidRDefault="00F85C2E">
            <w:r>
              <w:t>TR</w:t>
            </w:r>
          </w:p>
        </w:tc>
        <w:tc>
          <w:tcPr>
            <w:tcW w:w="5184" w:type="dxa"/>
          </w:tcPr>
          <w:p w14:paraId="5C89B791" w14:textId="77777777" w:rsidR="00ED1348" w:rsidRDefault="00F85C2E">
            <w:r>
              <w:t>Trace evidence</w:t>
            </w:r>
          </w:p>
        </w:tc>
      </w:tr>
      <w:tr w:rsidR="00ED1348" w14:paraId="5E2E59E1" w14:textId="77777777">
        <w:trPr>
          <w:jc w:val="center"/>
        </w:trPr>
        <w:tc>
          <w:tcPr>
            <w:tcW w:w="5184" w:type="dxa"/>
          </w:tcPr>
          <w:p w14:paraId="76CFC204" w14:textId="77777777" w:rsidR="00ED1348" w:rsidRDefault="00F85C2E">
            <w:r>
              <w:t>BIO</w:t>
            </w:r>
          </w:p>
        </w:tc>
        <w:tc>
          <w:tcPr>
            <w:tcW w:w="5184" w:type="dxa"/>
          </w:tcPr>
          <w:p w14:paraId="1B531A8D" w14:textId="77777777" w:rsidR="00ED1348" w:rsidRDefault="00F85C2E">
            <w:r>
              <w:t>Possible biological evidence</w:t>
            </w:r>
          </w:p>
        </w:tc>
      </w:tr>
    </w:tbl>
    <w:p w14:paraId="333AF198" w14:textId="77777777" w:rsidR="00ED1348" w:rsidRDefault="00F85C2E">
      <w:r>
        <w:br w:type="page"/>
      </w:r>
    </w:p>
    <w:p w14:paraId="77531A6C" w14:textId="77777777" w:rsidR="00ED1348" w:rsidRDefault="00F85C2E">
      <w:pPr>
        <w:pStyle w:val="Heading1"/>
      </w:pPr>
      <w:r>
        <w:lastRenderedPageBreak/>
        <w:t>Evidence Log</w:t>
      </w:r>
    </w:p>
    <w:p w14:paraId="4A29A901" w14:textId="77777777" w:rsidR="00ED1348" w:rsidRDefault="00F85C2E">
      <w:r>
        <w:t>Record each item before it is moved. Use objective descriptions. Measurements and grid coordinates should be as precise as the simulation allows.</w:t>
      </w:r>
    </w:p>
    <w:tbl>
      <w:tblPr>
        <w:tblStyle w:val="TableGrid"/>
        <w:tblW w:w="0" w:type="auto"/>
        <w:jc w:val="center"/>
        <w:tblLook w:val="04A0" w:firstRow="1" w:lastRow="0" w:firstColumn="1" w:lastColumn="0" w:noHBand="0" w:noVBand="1"/>
      </w:tblPr>
      <w:tblGrid>
        <w:gridCol w:w="2070"/>
        <w:gridCol w:w="2072"/>
        <w:gridCol w:w="2072"/>
        <w:gridCol w:w="2072"/>
        <w:gridCol w:w="2072"/>
      </w:tblGrid>
      <w:tr w:rsidR="00ED1348" w14:paraId="59B7E59E" w14:textId="77777777">
        <w:trPr>
          <w:jc w:val="center"/>
        </w:trPr>
        <w:tc>
          <w:tcPr>
            <w:tcW w:w="2074" w:type="dxa"/>
            <w:vAlign w:val="center"/>
          </w:tcPr>
          <w:p w14:paraId="3B456A4C" w14:textId="77777777" w:rsidR="00ED1348" w:rsidRDefault="00F85C2E">
            <w:r>
              <w:rPr>
                <w:sz w:val="16"/>
              </w:rPr>
              <w:t>Marker #</w:t>
            </w:r>
          </w:p>
        </w:tc>
        <w:tc>
          <w:tcPr>
            <w:tcW w:w="2074" w:type="dxa"/>
            <w:vAlign w:val="center"/>
          </w:tcPr>
          <w:p w14:paraId="710BC4C4" w14:textId="77777777" w:rsidR="00ED1348" w:rsidRDefault="00F85C2E">
            <w:r>
              <w:rPr>
                <w:sz w:val="16"/>
              </w:rPr>
              <w:t>Item / Evidence Description</w:t>
            </w:r>
          </w:p>
        </w:tc>
        <w:tc>
          <w:tcPr>
            <w:tcW w:w="2074" w:type="dxa"/>
            <w:vAlign w:val="center"/>
          </w:tcPr>
          <w:p w14:paraId="6B888744" w14:textId="77777777" w:rsidR="00ED1348" w:rsidRDefault="00F85C2E">
            <w:r>
              <w:rPr>
                <w:sz w:val="16"/>
              </w:rPr>
              <w:t>Location / Coordinates</w:t>
            </w:r>
          </w:p>
        </w:tc>
        <w:tc>
          <w:tcPr>
            <w:tcW w:w="2074" w:type="dxa"/>
            <w:vAlign w:val="center"/>
          </w:tcPr>
          <w:p w14:paraId="6FBA237A" w14:textId="77777777" w:rsidR="00ED1348" w:rsidRDefault="00F85C2E">
            <w:r>
              <w:rPr>
                <w:sz w:val="16"/>
              </w:rPr>
              <w:t>Observations / Measurements</w:t>
            </w:r>
          </w:p>
        </w:tc>
        <w:tc>
          <w:tcPr>
            <w:tcW w:w="2074" w:type="dxa"/>
            <w:vAlign w:val="center"/>
          </w:tcPr>
          <w:p w14:paraId="52EFEF30" w14:textId="77777777" w:rsidR="00ED1348" w:rsidRDefault="00F85C2E">
            <w:r>
              <w:rPr>
                <w:sz w:val="16"/>
              </w:rPr>
              <w:t>Possible Relevance</w:t>
            </w:r>
          </w:p>
        </w:tc>
      </w:tr>
      <w:tr w:rsidR="00ED1348" w14:paraId="71C8B668" w14:textId="77777777">
        <w:trPr>
          <w:jc w:val="center"/>
        </w:trPr>
        <w:tc>
          <w:tcPr>
            <w:tcW w:w="2074" w:type="dxa"/>
            <w:vAlign w:val="center"/>
          </w:tcPr>
          <w:p w14:paraId="7EF0CECA" w14:textId="77777777" w:rsidR="00ED1348" w:rsidRDefault="00F85C2E">
            <w:r>
              <w:rPr>
                <w:sz w:val="16"/>
              </w:rPr>
              <w:br/>
            </w:r>
          </w:p>
        </w:tc>
        <w:tc>
          <w:tcPr>
            <w:tcW w:w="2074" w:type="dxa"/>
            <w:vAlign w:val="center"/>
          </w:tcPr>
          <w:p w14:paraId="773A06E7" w14:textId="77777777" w:rsidR="00ED1348" w:rsidRDefault="00F85C2E">
            <w:r>
              <w:rPr>
                <w:sz w:val="16"/>
              </w:rPr>
              <w:br/>
            </w:r>
          </w:p>
        </w:tc>
        <w:tc>
          <w:tcPr>
            <w:tcW w:w="2074" w:type="dxa"/>
            <w:vAlign w:val="center"/>
          </w:tcPr>
          <w:p w14:paraId="0827BEF0" w14:textId="77777777" w:rsidR="00ED1348" w:rsidRDefault="00F85C2E">
            <w:r>
              <w:rPr>
                <w:sz w:val="16"/>
              </w:rPr>
              <w:br/>
            </w:r>
          </w:p>
        </w:tc>
        <w:tc>
          <w:tcPr>
            <w:tcW w:w="2074" w:type="dxa"/>
            <w:vAlign w:val="center"/>
          </w:tcPr>
          <w:p w14:paraId="77D4A9C4" w14:textId="77777777" w:rsidR="00ED1348" w:rsidRDefault="00F85C2E">
            <w:r>
              <w:rPr>
                <w:sz w:val="16"/>
              </w:rPr>
              <w:br/>
            </w:r>
          </w:p>
        </w:tc>
        <w:tc>
          <w:tcPr>
            <w:tcW w:w="2074" w:type="dxa"/>
            <w:vAlign w:val="center"/>
          </w:tcPr>
          <w:p w14:paraId="3481C754" w14:textId="77777777" w:rsidR="00ED1348" w:rsidRDefault="00F85C2E">
            <w:r>
              <w:rPr>
                <w:sz w:val="16"/>
              </w:rPr>
              <w:br/>
            </w:r>
          </w:p>
        </w:tc>
      </w:tr>
      <w:tr w:rsidR="00ED1348" w14:paraId="014C8628" w14:textId="77777777">
        <w:trPr>
          <w:jc w:val="center"/>
        </w:trPr>
        <w:tc>
          <w:tcPr>
            <w:tcW w:w="2074" w:type="dxa"/>
            <w:vAlign w:val="center"/>
          </w:tcPr>
          <w:p w14:paraId="3C0AAC44" w14:textId="77777777" w:rsidR="00ED1348" w:rsidRDefault="00F85C2E">
            <w:r>
              <w:rPr>
                <w:sz w:val="16"/>
              </w:rPr>
              <w:br/>
            </w:r>
          </w:p>
        </w:tc>
        <w:tc>
          <w:tcPr>
            <w:tcW w:w="2074" w:type="dxa"/>
            <w:vAlign w:val="center"/>
          </w:tcPr>
          <w:p w14:paraId="007F898B" w14:textId="77777777" w:rsidR="00ED1348" w:rsidRDefault="00F85C2E">
            <w:r>
              <w:rPr>
                <w:sz w:val="16"/>
              </w:rPr>
              <w:br/>
            </w:r>
          </w:p>
        </w:tc>
        <w:tc>
          <w:tcPr>
            <w:tcW w:w="2074" w:type="dxa"/>
            <w:vAlign w:val="center"/>
          </w:tcPr>
          <w:p w14:paraId="37CC4EFF" w14:textId="77777777" w:rsidR="00ED1348" w:rsidRDefault="00F85C2E">
            <w:r>
              <w:rPr>
                <w:sz w:val="16"/>
              </w:rPr>
              <w:br/>
            </w:r>
          </w:p>
        </w:tc>
        <w:tc>
          <w:tcPr>
            <w:tcW w:w="2074" w:type="dxa"/>
            <w:vAlign w:val="center"/>
          </w:tcPr>
          <w:p w14:paraId="33FF5AA4" w14:textId="77777777" w:rsidR="00ED1348" w:rsidRDefault="00F85C2E">
            <w:r>
              <w:rPr>
                <w:sz w:val="16"/>
              </w:rPr>
              <w:br/>
            </w:r>
          </w:p>
        </w:tc>
        <w:tc>
          <w:tcPr>
            <w:tcW w:w="2074" w:type="dxa"/>
            <w:vAlign w:val="center"/>
          </w:tcPr>
          <w:p w14:paraId="664507E3" w14:textId="77777777" w:rsidR="00ED1348" w:rsidRDefault="00F85C2E">
            <w:r>
              <w:rPr>
                <w:sz w:val="16"/>
              </w:rPr>
              <w:br/>
            </w:r>
          </w:p>
        </w:tc>
      </w:tr>
      <w:tr w:rsidR="00ED1348" w14:paraId="557BEB8E" w14:textId="77777777">
        <w:trPr>
          <w:jc w:val="center"/>
        </w:trPr>
        <w:tc>
          <w:tcPr>
            <w:tcW w:w="2074" w:type="dxa"/>
            <w:vAlign w:val="center"/>
          </w:tcPr>
          <w:p w14:paraId="6FC35537" w14:textId="77777777" w:rsidR="00ED1348" w:rsidRDefault="00F85C2E">
            <w:r>
              <w:rPr>
                <w:sz w:val="16"/>
              </w:rPr>
              <w:br/>
            </w:r>
          </w:p>
        </w:tc>
        <w:tc>
          <w:tcPr>
            <w:tcW w:w="2074" w:type="dxa"/>
            <w:vAlign w:val="center"/>
          </w:tcPr>
          <w:p w14:paraId="33A91106" w14:textId="77777777" w:rsidR="00ED1348" w:rsidRDefault="00F85C2E">
            <w:r>
              <w:rPr>
                <w:sz w:val="16"/>
              </w:rPr>
              <w:br/>
            </w:r>
          </w:p>
        </w:tc>
        <w:tc>
          <w:tcPr>
            <w:tcW w:w="2074" w:type="dxa"/>
            <w:vAlign w:val="center"/>
          </w:tcPr>
          <w:p w14:paraId="77FEE3B9" w14:textId="77777777" w:rsidR="00ED1348" w:rsidRDefault="00F85C2E">
            <w:r>
              <w:rPr>
                <w:sz w:val="16"/>
              </w:rPr>
              <w:br/>
            </w:r>
          </w:p>
        </w:tc>
        <w:tc>
          <w:tcPr>
            <w:tcW w:w="2074" w:type="dxa"/>
            <w:vAlign w:val="center"/>
          </w:tcPr>
          <w:p w14:paraId="08733A87" w14:textId="77777777" w:rsidR="00ED1348" w:rsidRDefault="00F85C2E">
            <w:r>
              <w:rPr>
                <w:sz w:val="16"/>
              </w:rPr>
              <w:br/>
            </w:r>
          </w:p>
        </w:tc>
        <w:tc>
          <w:tcPr>
            <w:tcW w:w="2074" w:type="dxa"/>
            <w:vAlign w:val="center"/>
          </w:tcPr>
          <w:p w14:paraId="47990C5B" w14:textId="77777777" w:rsidR="00ED1348" w:rsidRDefault="00F85C2E">
            <w:r>
              <w:rPr>
                <w:sz w:val="16"/>
              </w:rPr>
              <w:br/>
            </w:r>
          </w:p>
        </w:tc>
      </w:tr>
      <w:tr w:rsidR="00ED1348" w14:paraId="4219670F" w14:textId="77777777">
        <w:trPr>
          <w:jc w:val="center"/>
        </w:trPr>
        <w:tc>
          <w:tcPr>
            <w:tcW w:w="2074" w:type="dxa"/>
            <w:vAlign w:val="center"/>
          </w:tcPr>
          <w:p w14:paraId="0E088107" w14:textId="77777777" w:rsidR="00ED1348" w:rsidRDefault="00F85C2E">
            <w:r>
              <w:rPr>
                <w:sz w:val="16"/>
              </w:rPr>
              <w:br/>
            </w:r>
          </w:p>
        </w:tc>
        <w:tc>
          <w:tcPr>
            <w:tcW w:w="2074" w:type="dxa"/>
            <w:vAlign w:val="center"/>
          </w:tcPr>
          <w:p w14:paraId="774AA63B" w14:textId="77777777" w:rsidR="00ED1348" w:rsidRDefault="00F85C2E">
            <w:r>
              <w:rPr>
                <w:sz w:val="16"/>
              </w:rPr>
              <w:br/>
            </w:r>
          </w:p>
        </w:tc>
        <w:tc>
          <w:tcPr>
            <w:tcW w:w="2074" w:type="dxa"/>
            <w:vAlign w:val="center"/>
          </w:tcPr>
          <w:p w14:paraId="05D82A96" w14:textId="77777777" w:rsidR="00ED1348" w:rsidRDefault="00F85C2E">
            <w:r>
              <w:rPr>
                <w:sz w:val="16"/>
              </w:rPr>
              <w:br/>
            </w:r>
          </w:p>
        </w:tc>
        <w:tc>
          <w:tcPr>
            <w:tcW w:w="2074" w:type="dxa"/>
            <w:vAlign w:val="center"/>
          </w:tcPr>
          <w:p w14:paraId="50E6676D" w14:textId="77777777" w:rsidR="00ED1348" w:rsidRDefault="00F85C2E">
            <w:r>
              <w:rPr>
                <w:sz w:val="16"/>
              </w:rPr>
              <w:br/>
            </w:r>
          </w:p>
        </w:tc>
        <w:tc>
          <w:tcPr>
            <w:tcW w:w="2074" w:type="dxa"/>
            <w:vAlign w:val="center"/>
          </w:tcPr>
          <w:p w14:paraId="321A9D83" w14:textId="77777777" w:rsidR="00ED1348" w:rsidRDefault="00F85C2E">
            <w:r>
              <w:rPr>
                <w:sz w:val="16"/>
              </w:rPr>
              <w:br/>
            </w:r>
          </w:p>
        </w:tc>
      </w:tr>
      <w:tr w:rsidR="00ED1348" w14:paraId="594A1A70" w14:textId="77777777">
        <w:trPr>
          <w:jc w:val="center"/>
        </w:trPr>
        <w:tc>
          <w:tcPr>
            <w:tcW w:w="2074" w:type="dxa"/>
            <w:vAlign w:val="center"/>
          </w:tcPr>
          <w:p w14:paraId="63937454" w14:textId="77777777" w:rsidR="00ED1348" w:rsidRDefault="00F85C2E">
            <w:r>
              <w:rPr>
                <w:sz w:val="16"/>
              </w:rPr>
              <w:br/>
            </w:r>
          </w:p>
        </w:tc>
        <w:tc>
          <w:tcPr>
            <w:tcW w:w="2074" w:type="dxa"/>
            <w:vAlign w:val="center"/>
          </w:tcPr>
          <w:p w14:paraId="2AE2981A" w14:textId="77777777" w:rsidR="00ED1348" w:rsidRDefault="00F85C2E">
            <w:r>
              <w:rPr>
                <w:sz w:val="16"/>
              </w:rPr>
              <w:br/>
            </w:r>
          </w:p>
        </w:tc>
        <w:tc>
          <w:tcPr>
            <w:tcW w:w="2074" w:type="dxa"/>
            <w:vAlign w:val="center"/>
          </w:tcPr>
          <w:p w14:paraId="51F1F243" w14:textId="77777777" w:rsidR="00ED1348" w:rsidRDefault="00F85C2E">
            <w:r>
              <w:rPr>
                <w:sz w:val="16"/>
              </w:rPr>
              <w:br/>
            </w:r>
          </w:p>
        </w:tc>
        <w:tc>
          <w:tcPr>
            <w:tcW w:w="2074" w:type="dxa"/>
            <w:vAlign w:val="center"/>
          </w:tcPr>
          <w:p w14:paraId="49E7E5DB" w14:textId="77777777" w:rsidR="00ED1348" w:rsidRDefault="00F85C2E">
            <w:r>
              <w:rPr>
                <w:sz w:val="16"/>
              </w:rPr>
              <w:br/>
            </w:r>
          </w:p>
        </w:tc>
        <w:tc>
          <w:tcPr>
            <w:tcW w:w="2074" w:type="dxa"/>
            <w:vAlign w:val="center"/>
          </w:tcPr>
          <w:p w14:paraId="6069E384" w14:textId="77777777" w:rsidR="00ED1348" w:rsidRDefault="00F85C2E">
            <w:r>
              <w:rPr>
                <w:sz w:val="16"/>
              </w:rPr>
              <w:br/>
            </w:r>
          </w:p>
        </w:tc>
      </w:tr>
      <w:tr w:rsidR="00ED1348" w14:paraId="5173E778" w14:textId="77777777">
        <w:trPr>
          <w:jc w:val="center"/>
        </w:trPr>
        <w:tc>
          <w:tcPr>
            <w:tcW w:w="2074" w:type="dxa"/>
            <w:vAlign w:val="center"/>
          </w:tcPr>
          <w:p w14:paraId="0AE53294" w14:textId="77777777" w:rsidR="00ED1348" w:rsidRDefault="00F85C2E">
            <w:r>
              <w:rPr>
                <w:sz w:val="16"/>
              </w:rPr>
              <w:br/>
            </w:r>
          </w:p>
        </w:tc>
        <w:tc>
          <w:tcPr>
            <w:tcW w:w="2074" w:type="dxa"/>
            <w:vAlign w:val="center"/>
          </w:tcPr>
          <w:p w14:paraId="15D1FCDC" w14:textId="77777777" w:rsidR="00ED1348" w:rsidRDefault="00F85C2E">
            <w:r>
              <w:rPr>
                <w:sz w:val="16"/>
              </w:rPr>
              <w:br/>
            </w:r>
          </w:p>
        </w:tc>
        <w:tc>
          <w:tcPr>
            <w:tcW w:w="2074" w:type="dxa"/>
            <w:vAlign w:val="center"/>
          </w:tcPr>
          <w:p w14:paraId="33DE3407" w14:textId="77777777" w:rsidR="00ED1348" w:rsidRDefault="00F85C2E">
            <w:r>
              <w:rPr>
                <w:sz w:val="16"/>
              </w:rPr>
              <w:br/>
            </w:r>
          </w:p>
        </w:tc>
        <w:tc>
          <w:tcPr>
            <w:tcW w:w="2074" w:type="dxa"/>
            <w:vAlign w:val="center"/>
          </w:tcPr>
          <w:p w14:paraId="6E7EBB8B" w14:textId="77777777" w:rsidR="00ED1348" w:rsidRDefault="00F85C2E">
            <w:r>
              <w:rPr>
                <w:sz w:val="16"/>
              </w:rPr>
              <w:br/>
            </w:r>
          </w:p>
        </w:tc>
        <w:tc>
          <w:tcPr>
            <w:tcW w:w="2074" w:type="dxa"/>
            <w:vAlign w:val="center"/>
          </w:tcPr>
          <w:p w14:paraId="0EEDBCE2" w14:textId="77777777" w:rsidR="00ED1348" w:rsidRDefault="00F85C2E">
            <w:r>
              <w:rPr>
                <w:sz w:val="16"/>
              </w:rPr>
              <w:br/>
            </w:r>
          </w:p>
        </w:tc>
      </w:tr>
      <w:tr w:rsidR="00ED1348" w14:paraId="48C30016" w14:textId="77777777">
        <w:trPr>
          <w:jc w:val="center"/>
        </w:trPr>
        <w:tc>
          <w:tcPr>
            <w:tcW w:w="2074" w:type="dxa"/>
            <w:vAlign w:val="center"/>
          </w:tcPr>
          <w:p w14:paraId="6683B75D" w14:textId="77777777" w:rsidR="00ED1348" w:rsidRDefault="00F85C2E">
            <w:r>
              <w:rPr>
                <w:sz w:val="16"/>
              </w:rPr>
              <w:br/>
            </w:r>
          </w:p>
        </w:tc>
        <w:tc>
          <w:tcPr>
            <w:tcW w:w="2074" w:type="dxa"/>
            <w:vAlign w:val="center"/>
          </w:tcPr>
          <w:p w14:paraId="661E63A4" w14:textId="77777777" w:rsidR="00ED1348" w:rsidRDefault="00F85C2E">
            <w:r>
              <w:rPr>
                <w:sz w:val="16"/>
              </w:rPr>
              <w:br/>
            </w:r>
          </w:p>
        </w:tc>
        <w:tc>
          <w:tcPr>
            <w:tcW w:w="2074" w:type="dxa"/>
            <w:vAlign w:val="center"/>
          </w:tcPr>
          <w:p w14:paraId="36E18A42" w14:textId="77777777" w:rsidR="00ED1348" w:rsidRDefault="00F85C2E">
            <w:r>
              <w:rPr>
                <w:sz w:val="16"/>
              </w:rPr>
              <w:br/>
            </w:r>
          </w:p>
        </w:tc>
        <w:tc>
          <w:tcPr>
            <w:tcW w:w="2074" w:type="dxa"/>
            <w:vAlign w:val="center"/>
          </w:tcPr>
          <w:p w14:paraId="0581CD3D" w14:textId="77777777" w:rsidR="00ED1348" w:rsidRDefault="00F85C2E">
            <w:r>
              <w:rPr>
                <w:sz w:val="16"/>
              </w:rPr>
              <w:br/>
            </w:r>
          </w:p>
        </w:tc>
        <w:tc>
          <w:tcPr>
            <w:tcW w:w="2074" w:type="dxa"/>
            <w:vAlign w:val="center"/>
          </w:tcPr>
          <w:p w14:paraId="5FAB46AB" w14:textId="77777777" w:rsidR="00ED1348" w:rsidRDefault="00F85C2E">
            <w:r>
              <w:rPr>
                <w:sz w:val="16"/>
              </w:rPr>
              <w:br/>
            </w:r>
          </w:p>
        </w:tc>
      </w:tr>
      <w:tr w:rsidR="00ED1348" w14:paraId="6FCDFB18" w14:textId="77777777">
        <w:trPr>
          <w:jc w:val="center"/>
        </w:trPr>
        <w:tc>
          <w:tcPr>
            <w:tcW w:w="2074" w:type="dxa"/>
            <w:vAlign w:val="center"/>
          </w:tcPr>
          <w:p w14:paraId="7BE73065" w14:textId="77777777" w:rsidR="00ED1348" w:rsidRDefault="00F85C2E">
            <w:r>
              <w:rPr>
                <w:sz w:val="16"/>
              </w:rPr>
              <w:br/>
            </w:r>
          </w:p>
        </w:tc>
        <w:tc>
          <w:tcPr>
            <w:tcW w:w="2074" w:type="dxa"/>
            <w:vAlign w:val="center"/>
          </w:tcPr>
          <w:p w14:paraId="6F387BD0" w14:textId="77777777" w:rsidR="00ED1348" w:rsidRDefault="00F85C2E">
            <w:r>
              <w:rPr>
                <w:sz w:val="16"/>
              </w:rPr>
              <w:br/>
            </w:r>
          </w:p>
        </w:tc>
        <w:tc>
          <w:tcPr>
            <w:tcW w:w="2074" w:type="dxa"/>
            <w:vAlign w:val="center"/>
          </w:tcPr>
          <w:p w14:paraId="64F2D4C5" w14:textId="77777777" w:rsidR="00ED1348" w:rsidRDefault="00F85C2E">
            <w:r>
              <w:rPr>
                <w:sz w:val="16"/>
              </w:rPr>
              <w:br/>
            </w:r>
          </w:p>
        </w:tc>
        <w:tc>
          <w:tcPr>
            <w:tcW w:w="2074" w:type="dxa"/>
            <w:vAlign w:val="center"/>
          </w:tcPr>
          <w:p w14:paraId="52D96D4C" w14:textId="77777777" w:rsidR="00ED1348" w:rsidRDefault="00F85C2E">
            <w:r>
              <w:rPr>
                <w:sz w:val="16"/>
              </w:rPr>
              <w:br/>
            </w:r>
          </w:p>
        </w:tc>
        <w:tc>
          <w:tcPr>
            <w:tcW w:w="2074" w:type="dxa"/>
            <w:vAlign w:val="center"/>
          </w:tcPr>
          <w:p w14:paraId="7A42CD61" w14:textId="77777777" w:rsidR="00ED1348" w:rsidRDefault="00F85C2E">
            <w:r>
              <w:rPr>
                <w:sz w:val="16"/>
              </w:rPr>
              <w:br/>
            </w:r>
          </w:p>
        </w:tc>
      </w:tr>
      <w:tr w:rsidR="00ED1348" w14:paraId="7ABA8049" w14:textId="77777777">
        <w:trPr>
          <w:jc w:val="center"/>
        </w:trPr>
        <w:tc>
          <w:tcPr>
            <w:tcW w:w="2074" w:type="dxa"/>
            <w:vAlign w:val="center"/>
          </w:tcPr>
          <w:p w14:paraId="4C26C779" w14:textId="77777777" w:rsidR="00ED1348" w:rsidRDefault="00F85C2E">
            <w:r>
              <w:rPr>
                <w:sz w:val="16"/>
              </w:rPr>
              <w:br/>
            </w:r>
          </w:p>
        </w:tc>
        <w:tc>
          <w:tcPr>
            <w:tcW w:w="2074" w:type="dxa"/>
            <w:vAlign w:val="center"/>
          </w:tcPr>
          <w:p w14:paraId="06BF3B43" w14:textId="77777777" w:rsidR="00ED1348" w:rsidRDefault="00F85C2E">
            <w:r>
              <w:rPr>
                <w:sz w:val="16"/>
              </w:rPr>
              <w:br/>
            </w:r>
          </w:p>
        </w:tc>
        <w:tc>
          <w:tcPr>
            <w:tcW w:w="2074" w:type="dxa"/>
            <w:vAlign w:val="center"/>
          </w:tcPr>
          <w:p w14:paraId="715125B2" w14:textId="77777777" w:rsidR="00ED1348" w:rsidRDefault="00F85C2E">
            <w:r>
              <w:rPr>
                <w:sz w:val="16"/>
              </w:rPr>
              <w:br/>
            </w:r>
          </w:p>
        </w:tc>
        <w:tc>
          <w:tcPr>
            <w:tcW w:w="2074" w:type="dxa"/>
            <w:vAlign w:val="center"/>
          </w:tcPr>
          <w:p w14:paraId="51200BE2" w14:textId="77777777" w:rsidR="00ED1348" w:rsidRDefault="00F85C2E">
            <w:r>
              <w:rPr>
                <w:sz w:val="16"/>
              </w:rPr>
              <w:br/>
            </w:r>
          </w:p>
        </w:tc>
        <w:tc>
          <w:tcPr>
            <w:tcW w:w="2074" w:type="dxa"/>
            <w:vAlign w:val="center"/>
          </w:tcPr>
          <w:p w14:paraId="5574BE6F" w14:textId="77777777" w:rsidR="00ED1348" w:rsidRDefault="00F85C2E">
            <w:r>
              <w:rPr>
                <w:sz w:val="16"/>
              </w:rPr>
              <w:br/>
            </w:r>
          </w:p>
        </w:tc>
      </w:tr>
      <w:tr w:rsidR="00ED1348" w14:paraId="4B37F1DB" w14:textId="77777777">
        <w:trPr>
          <w:jc w:val="center"/>
        </w:trPr>
        <w:tc>
          <w:tcPr>
            <w:tcW w:w="2074" w:type="dxa"/>
            <w:vAlign w:val="center"/>
          </w:tcPr>
          <w:p w14:paraId="5FD87A29" w14:textId="77777777" w:rsidR="00ED1348" w:rsidRDefault="00F85C2E">
            <w:r>
              <w:rPr>
                <w:sz w:val="16"/>
              </w:rPr>
              <w:br/>
            </w:r>
          </w:p>
        </w:tc>
        <w:tc>
          <w:tcPr>
            <w:tcW w:w="2074" w:type="dxa"/>
            <w:vAlign w:val="center"/>
          </w:tcPr>
          <w:p w14:paraId="0ED36AA9" w14:textId="77777777" w:rsidR="00ED1348" w:rsidRDefault="00F85C2E">
            <w:r>
              <w:rPr>
                <w:sz w:val="16"/>
              </w:rPr>
              <w:br/>
            </w:r>
          </w:p>
        </w:tc>
        <w:tc>
          <w:tcPr>
            <w:tcW w:w="2074" w:type="dxa"/>
            <w:vAlign w:val="center"/>
          </w:tcPr>
          <w:p w14:paraId="5FAFA138" w14:textId="77777777" w:rsidR="00ED1348" w:rsidRDefault="00F85C2E">
            <w:r>
              <w:rPr>
                <w:sz w:val="16"/>
              </w:rPr>
              <w:br/>
            </w:r>
          </w:p>
        </w:tc>
        <w:tc>
          <w:tcPr>
            <w:tcW w:w="2074" w:type="dxa"/>
            <w:vAlign w:val="center"/>
          </w:tcPr>
          <w:p w14:paraId="6FC8DAA6" w14:textId="77777777" w:rsidR="00ED1348" w:rsidRDefault="00F85C2E">
            <w:r>
              <w:rPr>
                <w:sz w:val="16"/>
              </w:rPr>
              <w:br/>
            </w:r>
          </w:p>
        </w:tc>
        <w:tc>
          <w:tcPr>
            <w:tcW w:w="2074" w:type="dxa"/>
            <w:vAlign w:val="center"/>
          </w:tcPr>
          <w:p w14:paraId="0779156F" w14:textId="77777777" w:rsidR="00ED1348" w:rsidRDefault="00F85C2E">
            <w:r>
              <w:rPr>
                <w:sz w:val="16"/>
              </w:rPr>
              <w:br/>
            </w:r>
          </w:p>
        </w:tc>
      </w:tr>
    </w:tbl>
    <w:p w14:paraId="3C4630AE" w14:textId="77777777" w:rsidR="00ED1348" w:rsidRDefault="00F85C2E">
      <w:pPr>
        <w:pStyle w:val="Heading1"/>
      </w:pPr>
      <w:r>
        <w:t>Crime Scene Analysis</w:t>
      </w:r>
    </w:p>
    <w:p w14:paraId="6BC6600B" w14:textId="77777777" w:rsidR="00ED1348" w:rsidRDefault="00F85C2E">
      <w:pPr>
        <w:pStyle w:val="Heading2"/>
      </w:pPr>
      <w:r>
        <w:t>1. Initial Observations</w:t>
      </w:r>
    </w:p>
    <w:p w14:paraId="345F8839" w14:textId="77777777" w:rsidR="00ED1348" w:rsidRDefault="00F85C2E">
      <w:r>
        <w:t>Describe the overall condition of the scene. What appears normal, and what appears disturbed?</w:t>
      </w:r>
    </w:p>
    <w:p w14:paraId="4FF9C0B5" w14:textId="7EF5AAAE" w:rsidR="00ED1348" w:rsidRDefault="00F85C2E">
      <w:r>
        <w:t>_____________________________________________________________________________________________</w:t>
      </w:r>
    </w:p>
    <w:p w14:paraId="3B62BCF7" w14:textId="23794917" w:rsidR="00ED1348" w:rsidRDefault="00F85C2E">
      <w:r>
        <w:t>_____________________________________________________________________________________________</w:t>
      </w:r>
    </w:p>
    <w:p w14:paraId="55F82812" w14:textId="6E8C9D3E" w:rsidR="00ED1348" w:rsidRDefault="00F85C2E">
      <w:r>
        <w:t>_____________________________________________________________________________________________</w:t>
      </w:r>
    </w:p>
    <w:p w14:paraId="2C261A4D" w14:textId="77777777" w:rsidR="00ED1348" w:rsidRDefault="00F85C2E">
      <w:pPr>
        <w:pStyle w:val="Heading2"/>
      </w:pPr>
      <w:r>
        <w:t>2. Evidence Relationships</w:t>
      </w:r>
    </w:p>
    <w:p w14:paraId="4CCBB4B1" w14:textId="77777777" w:rsidR="00ED1348" w:rsidRDefault="00F85C2E">
      <w:r>
        <w:t>Identify at least three pieces of evidence that may be connected. Explain the relationship among them.</w:t>
      </w:r>
    </w:p>
    <w:p w14:paraId="3DDFD766" w14:textId="7FCCCACA" w:rsidR="00ED1348" w:rsidRDefault="00F85C2E">
      <w:r>
        <w:t>_____________________________________________________________________________________________</w:t>
      </w:r>
    </w:p>
    <w:p w14:paraId="4F572983" w14:textId="0567F273" w:rsidR="00ED1348" w:rsidRDefault="00F85C2E">
      <w:r>
        <w:t>_____________________________________________________________________________________________</w:t>
      </w:r>
    </w:p>
    <w:p w14:paraId="5DE06F0A" w14:textId="44E44CED" w:rsidR="00ED1348" w:rsidRDefault="00F85C2E">
      <w:r>
        <w:t>_____________________________________________________________________________________________</w:t>
      </w:r>
    </w:p>
    <w:p w14:paraId="0610B46B" w14:textId="77777777" w:rsidR="00ED1348" w:rsidRDefault="00F85C2E">
      <w:pPr>
        <w:pStyle w:val="Heading2"/>
      </w:pPr>
      <w:r>
        <w:t>3. Sequence of Events</w:t>
      </w:r>
    </w:p>
    <w:p w14:paraId="49E621EC" w14:textId="77777777" w:rsidR="00ED1348" w:rsidRDefault="00F85C2E">
      <w:r>
        <w:t>Using your diagram and evidence log, describe the most likely sequence of events from beginning to end.</w:t>
      </w:r>
    </w:p>
    <w:p w14:paraId="1CB0254A" w14:textId="0E5A9A76" w:rsidR="00ED1348" w:rsidRDefault="00F85C2E">
      <w:r>
        <w:t>_____________________________________________________________________________________________</w:t>
      </w:r>
    </w:p>
    <w:p w14:paraId="2C935775" w14:textId="5D33268B" w:rsidR="00ED1348" w:rsidRDefault="00F85C2E">
      <w:r>
        <w:t>_____________________________________________________________________________________________</w:t>
      </w:r>
    </w:p>
    <w:p w14:paraId="2B8EF999" w14:textId="55CAB94A" w:rsidR="00ED1348" w:rsidRDefault="00F85C2E">
      <w:r>
        <w:t>_____________________________________________________________________________________________</w:t>
      </w:r>
    </w:p>
    <w:p w14:paraId="270A311C" w14:textId="77777777" w:rsidR="00ED1348" w:rsidRDefault="00F85C2E">
      <w:pPr>
        <w:pStyle w:val="Heading2"/>
      </w:pPr>
      <w:r>
        <w:t>4. Claim-Evidence-Reasoning</w:t>
      </w:r>
    </w:p>
    <w:p w14:paraId="4D0AC06F" w14:textId="77777777" w:rsidR="00ED1348" w:rsidRDefault="00F85C2E">
      <w:r>
        <w:t>State your central claim about what occurred. Cite at least three specific pieces of evidence and explain how each supports your claim.</w:t>
      </w:r>
    </w:p>
    <w:p w14:paraId="3085442F" w14:textId="4A591014" w:rsidR="00ED1348" w:rsidRDefault="00F85C2E">
      <w:r>
        <w:lastRenderedPageBreak/>
        <w:t>_____________________________________________________________________________________________</w:t>
      </w:r>
    </w:p>
    <w:p w14:paraId="03957B19" w14:textId="259E70C6" w:rsidR="00ED1348" w:rsidRDefault="00F85C2E">
      <w:r>
        <w:t>_____________________________________________________________________________________________</w:t>
      </w:r>
    </w:p>
    <w:p w14:paraId="18A00E27" w14:textId="5323F5ED" w:rsidR="00ED1348" w:rsidRDefault="00F85C2E">
      <w:r>
        <w:t>_____________________________________________________________________________________________</w:t>
      </w:r>
    </w:p>
    <w:p w14:paraId="4F4BBE1E" w14:textId="77777777" w:rsidR="00ED1348" w:rsidRDefault="00F85C2E">
      <w:pPr>
        <w:pStyle w:val="Heading2"/>
      </w:pPr>
      <w:r>
        <w:t>5. Alternative Explanation</w:t>
      </w:r>
    </w:p>
    <w:p w14:paraId="27C95779" w14:textId="77777777" w:rsidR="00ED1348" w:rsidRDefault="00F85C2E">
      <w:r>
        <w:t>Provide one reasonable alternative explanation for the evidence. What additional evidence would help distinguish between the two explanations?</w:t>
      </w:r>
    </w:p>
    <w:p w14:paraId="722D76E0" w14:textId="7962820C" w:rsidR="00ED1348" w:rsidRDefault="00F85C2E">
      <w:r>
        <w:t>_____________________________________________________________________________________________</w:t>
      </w:r>
    </w:p>
    <w:p w14:paraId="553658E0" w14:textId="6AF94F42" w:rsidR="00ED1348" w:rsidRDefault="00F85C2E">
      <w:r>
        <w:t>_____________________________________________________________________________________________</w:t>
      </w:r>
    </w:p>
    <w:p w14:paraId="20FC59A0" w14:textId="7014D9ED" w:rsidR="00ED1348" w:rsidRDefault="00F85C2E">
      <w:r>
        <w:t>_____________________________________________________________________________________________</w:t>
      </w:r>
    </w:p>
    <w:p w14:paraId="0C071736" w14:textId="77777777" w:rsidR="00ED1348" w:rsidRDefault="00F85C2E">
      <w:pPr>
        <w:pStyle w:val="Heading2"/>
      </w:pPr>
      <w:r>
        <w:t>6. Limitations</w:t>
      </w:r>
    </w:p>
    <w:p w14:paraId="07121C0E" w14:textId="77777777" w:rsidR="00ED1348" w:rsidRDefault="00F85C2E">
      <w:r>
        <w:t>What uncertainties, missing information, contamination risks, or limitations prevent you from making a completely certain conclusion?</w:t>
      </w:r>
    </w:p>
    <w:p w14:paraId="5CCB09B8" w14:textId="62DA69AC" w:rsidR="00ED1348" w:rsidRDefault="00F85C2E">
      <w:r>
        <w:t>_____________________________________________________________________________________________</w:t>
      </w:r>
    </w:p>
    <w:p w14:paraId="7440C05E" w14:textId="6503EE50" w:rsidR="00ED1348" w:rsidRDefault="00F85C2E">
      <w:r>
        <w:t>_____________________________________________________________________________________________</w:t>
      </w:r>
    </w:p>
    <w:p w14:paraId="7320BEE5" w14:textId="7F1F0B5D" w:rsidR="00ED1348" w:rsidRDefault="00F85C2E">
      <w:r>
        <w:t>_____________________________________________________________________________________________</w:t>
      </w:r>
    </w:p>
    <w:p w14:paraId="4A4854D9" w14:textId="77777777" w:rsidR="00ED1348" w:rsidRDefault="00F85C2E">
      <w:pPr>
        <w:pStyle w:val="Heading1"/>
      </w:pPr>
      <w:r>
        <w:t>Final Crime Scene Explanation</w:t>
      </w:r>
    </w:p>
    <w:p w14:paraId="53EBD3D6" w14:textId="77777777" w:rsidR="00ED1348" w:rsidRDefault="00F85C2E">
      <w:r>
        <w:t>Write a concise forensic reconstruction of the scene. Your explanation must reference the diagram, evidence log, and at least three specific evidence markers. Avoid stating conclusions that are not supported by the documented evidence.</w:t>
      </w:r>
    </w:p>
    <w:p w14:paraId="192A8BC4" w14:textId="03340E8E" w:rsidR="00ED1348" w:rsidRDefault="00F85C2E">
      <w:r>
        <w:t>_____________________________________________________________________________________________</w:t>
      </w:r>
    </w:p>
    <w:p w14:paraId="10409B93" w14:textId="64649EFC" w:rsidR="00ED1348" w:rsidRDefault="00F85C2E">
      <w:r>
        <w:t>_____________________________________________________________________________________________</w:t>
      </w:r>
    </w:p>
    <w:p w14:paraId="199D00D0" w14:textId="2AFA6E42" w:rsidR="00ED1348" w:rsidRDefault="00F85C2E">
      <w:r>
        <w:t>_____________________________________________________________________________________________</w:t>
      </w:r>
    </w:p>
    <w:p w14:paraId="3734FE0F" w14:textId="43DA5BA4" w:rsidR="00ED1348" w:rsidRDefault="00F85C2E">
      <w:r>
        <w:t>_____________________________________________________________________________________________</w:t>
      </w:r>
    </w:p>
    <w:p w14:paraId="07035EC4" w14:textId="04CCE784" w:rsidR="00ED1348" w:rsidRDefault="00F85C2E">
      <w:r>
        <w:t>_____________________________________________________________________________________________</w:t>
      </w:r>
    </w:p>
    <w:p w14:paraId="27574C76" w14:textId="7A0AA0EF" w:rsidR="00ED1348" w:rsidRDefault="00F85C2E">
      <w:r>
        <w:t>_____________________________________________________________________________________________</w:t>
      </w:r>
    </w:p>
    <w:p w14:paraId="5B1D1ABD" w14:textId="1CC62F20" w:rsidR="00ED1348" w:rsidRDefault="00F85C2E">
      <w:r>
        <w:t>_____________________________________________________________________________________________</w:t>
      </w:r>
    </w:p>
    <w:p w14:paraId="0697B6A1" w14:textId="77777777" w:rsidR="00ED1348" w:rsidRDefault="00F85C2E">
      <w:pPr>
        <w:pStyle w:val="Heading1"/>
      </w:pPr>
      <w:r>
        <w:t>Post-Lab Reflection</w:t>
      </w:r>
    </w:p>
    <w:p w14:paraId="0545FC88" w14:textId="77777777" w:rsidR="00ED1348" w:rsidRDefault="00F85C2E">
      <w:r>
        <w:t>How did the use of a systematic process - observation, measurement, documentation, analysis, and explanation - improve the reliability of your reconstruction? What would you change if you processed the scene again?</w:t>
      </w:r>
    </w:p>
    <w:p w14:paraId="68F5B02A" w14:textId="7967C38F" w:rsidR="00ED1348" w:rsidRDefault="00F85C2E">
      <w:r>
        <w:t>_____________________________________________________________________________________________</w:t>
      </w:r>
    </w:p>
    <w:p w14:paraId="34743564" w14:textId="7FB4ADAB" w:rsidR="00ED1348" w:rsidRDefault="00F85C2E">
      <w:r>
        <w:t>_____________________________________________________________________________________________</w:t>
      </w:r>
    </w:p>
    <w:p w14:paraId="69311A03" w14:textId="637DEE6C" w:rsidR="00ED1348" w:rsidRDefault="00F85C2E">
      <w:r>
        <w:t>_____________________________________________________________________________________________</w:t>
      </w:r>
    </w:p>
    <w:p w14:paraId="1BBFD962" w14:textId="7E709384" w:rsidR="00ED1348" w:rsidRDefault="00F85C2E">
      <w:r>
        <w:t>_____________________________________________________________________________________________</w:t>
      </w:r>
    </w:p>
    <w:p w14:paraId="2A03347B" w14:textId="77777777" w:rsidR="00ED1348" w:rsidRDefault="00F85C2E">
      <w:pPr>
        <w:pStyle w:val="Heading1"/>
      </w:pPr>
      <w:r>
        <w:lastRenderedPageBreak/>
        <w:t>Teacher Assessment Criteria</w:t>
      </w:r>
    </w:p>
    <w:tbl>
      <w:tblPr>
        <w:tblStyle w:val="TableGrid"/>
        <w:tblW w:w="0" w:type="auto"/>
        <w:tblLook w:val="04A0" w:firstRow="1" w:lastRow="0" w:firstColumn="1" w:lastColumn="0" w:noHBand="0" w:noVBand="1"/>
      </w:tblPr>
      <w:tblGrid>
        <w:gridCol w:w="2590"/>
        <w:gridCol w:w="2589"/>
        <w:gridCol w:w="2589"/>
        <w:gridCol w:w="2590"/>
      </w:tblGrid>
      <w:tr w:rsidR="00ED1348" w14:paraId="3DF10403" w14:textId="77777777">
        <w:tc>
          <w:tcPr>
            <w:tcW w:w="2592" w:type="dxa"/>
          </w:tcPr>
          <w:p w14:paraId="58012F25" w14:textId="77777777" w:rsidR="00ED1348" w:rsidRDefault="00F85C2E">
            <w:r>
              <w:t>Category</w:t>
            </w:r>
          </w:p>
        </w:tc>
        <w:tc>
          <w:tcPr>
            <w:tcW w:w="2592" w:type="dxa"/>
          </w:tcPr>
          <w:p w14:paraId="407A7DD3" w14:textId="77777777" w:rsidR="00ED1348" w:rsidRDefault="00F85C2E">
            <w:r>
              <w:t>4 - Strong</w:t>
            </w:r>
          </w:p>
        </w:tc>
        <w:tc>
          <w:tcPr>
            <w:tcW w:w="2592" w:type="dxa"/>
          </w:tcPr>
          <w:p w14:paraId="3639EA42" w14:textId="77777777" w:rsidR="00ED1348" w:rsidRDefault="00F85C2E">
            <w:r>
              <w:t>3 - Proficient</w:t>
            </w:r>
          </w:p>
        </w:tc>
        <w:tc>
          <w:tcPr>
            <w:tcW w:w="2592" w:type="dxa"/>
          </w:tcPr>
          <w:p w14:paraId="66DCC150" w14:textId="77777777" w:rsidR="00ED1348" w:rsidRDefault="00F85C2E">
            <w:r>
              <w:t>2/1 - Developing</w:t>
            </w:r>
          </w:p>
        </w:tc>
      </w:tr>
      <w:tr w:rsidR="00ED1348" w14:paraId="647276B0" w14:textId="77777777">
        <w:tc>
          <w:tcPr>
            <w:tcW w:w="2592" w:type="dxa"/>
          </w:tcPr>
          <w:p w14:paraId="6233BAC8" w14:textId="77777777" w:rsidR="00ED1348" w:rsidRDefault="00F85C2E">
            <w:r>
              <w:t>Diagram &amp; Scale</w:t>
            </w:r>
          </w:p>
        </w:tc>
        <w:tc>
          <w:tcPr>
            <w:tcW w:w="2592" w:type="dxa"/>
          </w:tcPr>
          <w:p w14:paraId="759186BC" w14:textId="77777777" w:rsidR="00ED1348" w:rsidRDefault="00F85C2E">
            <w:r>
              <w:t>Accurate, complete, scaled, clearly labeled</w:t>
            </w:r>
          </w:p>
        </w:tc>
        <w:tc>
          <w:tcPr>
            <w:tcW w:w="2592" w:type="dxa"/>
          </w:tcPr>
          <w:p w14:paraId="6AEAD2B4" w14:textId="77777777" w:rsidR="00ED1348" w:rsidRDefault="00F85C2E">
            <w:r>
              <w:t>Mostly accurate and complete</w:t>
            </w:r>
          </w:p>
        </w:tc>
        <w:tc>
          <w:tcPr>
            <w:tcW w:w="2592" w:type="dxa"/>
          </w:tcPr>
          <w:p w14:paraId="4DA23FB2" w14:textId="77777777" w:rsidR="00ED1348" w:rsidRDefault="00F85C2E">
            <w:r>
              <w:t>Missing/inaccurate key elements</w:t>
            </w:r>
          </w:p>
        </w:tc>
      </w:tr>
      <w:tr w:rsidR="00ED1348" w14:paraId="1DBE5D0B" w14:textId="77777777">
        <w:tc>
          <w:tcPr>
            <w:tcW w:w="2592" w:type="dxa"/>
          </w:tcPr>
          <w:p w14:paraId="164034C7" w14:textId="77777777" w:rsidR="00ED1348" w:rsidRDefault="00F85C2E">
            <w:r>
              <w:t>Evidence Log</w:t>
            </w:r>
          </w:p>
        </w:tc>
        <w:tc>
          <w:tcPr>
            <w:tcW w:w="2592" w:type="dxa"/>
          </w:tcPr>
          <w:p w14:paraId="38356CEB" w14:textId="77777777" w:rsidR="00ED1348" w:rsidRDefault="00F85C2E">
            <w:r>
              <w:t>Detailed, objective, precise</w:t>
            </w:r>
          </w:p>
        </w:tc>
        <w:tc>
          <w:tcPr>
            <w:tcW w:w="2592" w:type="dxa"/>
          </w:tcPr>
          <w:p w14:paraId="74A036CE" w14:textId="77777777" w:rsidR="00ED1348" w:rsidRDefault="00F85C2E">
            <w:r>
              <w:t>Adequate documentation</w:t>
            </w:r>
          </w:p>
        </w:tc>
        <w:tc>
          <w:tcPr>
            <w:tcW w:w="2592" w:type="dxa"/>
          </w:tcPr>
          <w:p w14:paraId="416368F5" w14:textId="77777777" w:rsidR="00ED1348" w:rsidRDefault="00F85C2E">
            <w:r>
              <w:t>Incomplete or subjective</w:t>
            </w:r>
          </w:p>
        </w:tc>
      </w:tr>
      <w:tr w:rsidR="00ED1348" w14:paraId="410177BC" w14:textId="77777777">
        <w:tc>
          <w:tcPr>
            <w:tcW w:w="2592" w:type="dxa"/>
          </w:tcPr>
          <w:p w14:paraId="2B0420E6" w14:textId="77777777" w:rsidR="00ED1348" w:rsidRDefault="00F85C2E">
            <w:r>
              <w:t>Analysis</w:t>
            </w:r>
          </w:p>
        </w:tc>
        <w:tc>
          <w:tcPr>
            <w:tcW w:w="2592" w:type="dxa"/>
          </w:tcPr>
          <w:p w14:paraId="586EF058" w14:textId="77777777" w:rsidR="00ED1348" w:rsidRDefault="00F85C2E">
            <w:r>
              <w:t>Multiple evidence connections; logical reconstruction</w:t>
            </w:r>
          </w:p>
        </w:tc>
        <w:tc>
          <w:tcPr>
            <w:tcW w:w="2592" w:type="dxa"/>
          </w:tcPr>
          <w:p w14:paraId="3307432D" w14:textId="77777777" w:rsidR="00ED1348" w:rsidRDefault="00F85C2E">
            <w:r>
              <w:t>Reasonable evidence-based analysis</w:t>
            </w:r>
          </w:p>
        </w:tc>
        <w:tc>
          <w:tcPr>
            <w:tcW w:w="2592" w:type="dxa"/>
          </w:tcPr>
          <w:p w14:paraId="38A8DBB5" w14:textId="77777777" w:rsidR="00ED1348" w:rsidRDefault="00F85C2E">
            <w:r>
              <w:t>Limited evidence support</w:t>
            </w:r>
          </w:p>
        </w:tc>
      </w:tr>
      <w:tr w:rsidR="00ED1348" w14:paraId="79891BA4" w14:textId="77777777">
        <w:tc>
          <w:tcPr>
            <w:tcW w:w="2592" w:type="dxa"/>
          </w:tcPr>
          <w:p w14:paraId="705B3DFC" w14:textId="77777777" w:rsidR="00ED1348" w:rsidRDefault="00F85C2E">
            <w:r>
              <w:t>CER Explanation</w:t>
            </w:r>
          </w:p>
        </w:tc>
        <w:tc>
          <w:tcPr>
            <w:tcW w:w="2592" w:type="dxa"/>
          </w:tcPr>
          <w:p w14:paraId="7765F2D1" w14:textId="77777777" w:rsidR="00ED1348" w:rsidRDefault="00F85C2E">
            <w:r>
              <w:t>Clear claim, strong evidence, sound reasoning</w:t>
            </w:r>
          </w:p>
        </w:tc>
        <w:tc>
          <w:tcPr>
            <w:tcW w:w="2592" w:type="dxa"/>
          </w:tcPr>
          <w:p w14:paraId="1D2128F3" w14:textId="77777777" w:rsidR="00ED1348" w:rsidRDefault="00F85C2E">
            <w:r>
              <w:t>Claim and evidence generally connected</w:t>
            </w:r>
          </w:p>
        </w:tc>
        <w:tc>
          <w:tcPr>
            <w:tcW w:w="2592" w:type="dxa"/>
          </w:tcPr>
          <w:p w14:paraId="1C2CB0D8" w14:textId="77777777" w:rsidR="00ED1348" w:rsidRDefault="00F85C2E">
            <w:r>
              <w:t>Weak or unsupported conclusion</w:t>
            </w:r>
          </w:p>
        </w:tc>
      </w:tr>
    </w:tbl>
    <w:p w14:paraId="1BF6663B" w14:textId="77777777" w:rsidR="00F85C2E" w:rsidRDefault="00F85C2E"/>
    <w:sectPr w:rsidR="00F85C2E" w:rsidSect="00034616">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63023901">
    <w:abstractNumId w:val="8"/>
  </w:num>
  <w:num w:numId="2" w16cid:durableId="809860994">
    <w:abstractNumId w:val="6"/>
  </w:num>
  <w:num w:numId="3" w16cid:durableId="1221134597">
    <w:abstractNumId w:val="5"/>
  </w:num>
  <w:num w:numId="4" w16cid:durableId="193662616">
    <w:abstractNumId w:val="4"/>
  </w:num>
  <w:num w:numId="5" w16cid:durableId="1144808477">
    <w:abstractNumId w:val="7"/>
  </w:num>
  <w:num w:numId="6" w16cid:durableId="37290023">
    <w:abstractNumId w:val="3"/>
  </w:num>
  <w:num w:numId="7" w16cid:durableId="462505375">
    <w:abstractNumId w:val="2"/>
  </w:num>
  <w:num w:numId="8" w16cid:durableId="751702633">
    <w:abstractNumId w:val="1"/>
  </w:num>
  <w:num w:numId="9" w16cid:durableId="420414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48A3"/>
    <w:rsid w:val="00123AB4"/>
    <w:rsid w:val="0015074B"/>
    <w:rsid w:val="0029639D"/>
    <w:rsid w:val="00326F90"/>
    <w:rsid w:val="0035388D"/>
    <w:rsid w:val="004F2085"/>
    <w:rsid w:val="008E7087"/>
    <w:rsid w:val="009E0D67"/>
    <w:rsid w:val="00AA1D8D"/>
    <w:rsid w:val="00B47730"/>
    <w:rsid w:val="00CB0664"/>
    <w:rsid w:val="00ED1348"/>
    <w:rsid w:val="00F85C2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2DF7CA"/>
  <w14:defaultImageDpi w14:val="300"/>
  <w15:docId w15:val="{C2C1FC3A-5F85-A047-BCE8-B42E72317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F5597"/>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1332</Words>
  <Characters>7596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8911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Dinah Arcidalia Fabela</cp:lastModifiedBy>
  <cp:revision>2</cp:revision>
  <dcterms:created xsi:type="dcterms:W3CDTF">2026-08-31T02:09:00Z</dcterms:created>
  <dcterms:modified xsi:type="dcterms:W3CDTF">2026-08-31T02:09:00Z</dcterms:modified>
  <cp:category/>
</cp:coreProperties>
</file>